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41B3B" w14:textId="77777777" w:rsidR="00CA6140" w:rsidRPr="004963B7" w:rsidRDefault="00000000">
      <w:pPr>
        <w:jc w:val="center"/>
        <w:rPr>
          <w:rFonts w:ascii="Aptos" w:hAnsi="Aptos"/>
          <w:lang w:val="pl-PL"/>
        </w:rPr>
      </w:pPr>
      <w:r w:rsidRPr="004963B7">
        <w:rPr>
          <w:rFonts w:ascii="Aptos" w:hAnsi="Aptos"/>
          <w:b/>
          <w:sz w:val="32"/>
          <w:lang w:val="pl-PL"/>
        </w:rPr>
        <w:t>REGULAMIN SKLEPU INTERNETOWEGO</w:t>
      </w:r>
    </w:p>
    <w:p w14:paraId="2AB58119" w14:textId="77777777" w:rsidR="00CA6140" w:rsidRPr="004963B7" w:rsidRDefault="00000000">
      <w:pPr>
        <w:jc w:val="center"/>
        <w:rPr>
          <w:rFonts w:ascii="Aptos" w:hAnsi="Aptos"/>
          <w:lang w:val="pl-PL"/>
        </w:rPr>
      </w:pPr>
      <w:r w:rsidRPr="004963B7">
        <w:rPr>
          <w:rFonts w:ascii="Aptos" w:hAnsi="Aptos"/>
          <w:b/>
          <w:lang w:val="pl-PL"/>
        </w:rPr>
        <w:t>Gospodarstwa Rolnego Mateusz Wdowiak</w:t>
      </w:r>
    </w:p>
    <w:p w14:paraId="10266DAF" w14:textId="77777777" w:rsidR="00CA6140" w:rsidRPr="004963B7" w:rsidRDefault="00CA6140">
      <w:pPr>
        <w:rPr>
          <w:rFonts w:ascii="Aptos" w:hAnsi="Aptos"/>
          <w:lang w:val="pl-PL"/>
        </w:rPr>
      </w:pPr>
    </w:p>
    <w:p w14:paraId="2D4A7EA2" w14:textId="77777777" w:rsidR="00CA6140" w:rsidRPr="004963B7" w:rsidRDefault="00000000">
      <w:pPr>
        <w:jc w:val="both"/>
        <w:rPr>
          <w:rFonts w:ascii="Aptos" w:hAnsi="Aptos"/>
          <w:lang w:val="pl-PL"/>
        </w:rPr>
      </w:pPr>
      <w:r w:rsidRPr="004963B7">
        <w:rPr>
          <w:rFonts w:ascii="Aptos" w:hAnsi="Aptos"/>
          <w:lang w:val="pl-PL"/>
        </w:rPr>
        <w:t>Niniejszy Regulamin określa ogólne warunki, zasady oraz sposób sprzedaży prowadzonej przez Mateusza Wdowiaka prowadzącego Gospodarstwo Rolne Mateusz Wdowiak z siedzibą w Policach (72-010) przy ul. Piaskowej 5c/7 za pośrednictwem sklepu internetowego borowkaszczecin.pl (zwanego dalej: „Sklepem Internetowym”) oraz określa zasady i warunki świadczenia przez Mateusza Wdowiaka prowadzącego Gospodarstwo Rolne Mateusz Wdowiak z siedzibą w Policach (72-010) przy ul. Piaskowej 5c/7 usług nieodpłatnych drogą elektroniczną.</w:t>
      </w:r>
    </w:p>
    <w:p w14:paraId="1DE8DF33" w14:textId="77777777" w:rsidR="00CA6140" w:rsidRPr="004963B7" w:rsidRDefault="00CA6140">
      <w:pPr>
        <w:rPr>
          <w:rFonts w:ascii="Aptos" w:hAnsi="Aptos"/>
          <w:lang w:val="pl-PL"/>
        </w:rPr>
      </w:pPr>
    </w:p>
    <w:p w14:paraId="09C772E9" w14:textId="77777777" w:rsidR="00CA6140" w:rsidRPr="004963B7" w:rsidRDefault="00000000">
      <w:pPr>
        <w:rPr>
          <w:rFonts w:ascii="Aptos" w:hAnsi="Aptos"/>
          <w:lang w:val="pl-PL"/>
        </w:rPr>
      </w:pPr>
      <w:r w:rsidRPr="004963B7">
        <w:rPr>
          <w:rFonts w:ascii="Aptos" w:hAnsi="Aptos"/>
          <w:b/>
          <w:sz w:val="26"/>
          <w:lang w:val="pl-PL"/>
        </w:rPr>
        <w:t>§ 1. Definicje</w:t>
      </w:r>
    </w:p>
    <w:p w14:paraId="438FFDC8" w14:textId="77777777" w:rsidR="00CA6140" w:rsidRPr="004963B7" w:rsidRDefault="00000000">
      <w:pPr>
        <w:jc w:val="both"/>
        <w:rPr>
          <w:rFonts w:ascii="Aptos" w:hAnsi="Aptos"/>
          <w:lang w:val="pl-PL"/>
        </w:rPr>
      </w:pPr>
      <w:r w:rsidRPr="004963B7">
        <w:rPr>
          <w:rFonts w:ascii="Aptos" w:hAnsi="Aptos"/>
          <w:lang w:val="pl-PL"/>
        </w:rPr>
        <w:t>1. Dni robocze – dni tygodnia od poniedziałku do piątku, z wyłączeniem dni ustawowo wolnych od pracy.</w:t>
      </w:r>
    </w:p>
    <w:p w14:paraId="0607B0C9" w14:textId="77777777" w:rsidR="00CA6140" w:rsidRPr="004963B7" w:rsidRDefault="00000000">
      <w:pPr>
        <w:jc w:val="both"/>
        <w:rPr>
          <w:rFonts w:ascii="Aptos" w:hAnsi="Aptos"/>
          <w:lang w:val="pl-PL"/>
        </w:rPr>
      </w:pPr>
      <w:r w:rsidRPr="004963B7">
        <w:rPr>
          <w:rFonts w:ascii="Aptos" w:hAnsi="Aptos"/>
          <w:lang w:val="pl-PL"/>
        </w:rPr>
        <w:t>2. Dostawa – czynność faktyczna polegająca na dostarczeniu Klientowi przez Sprzedawcę, samodzielnie lub za pośrednictwem Dostawcy, Towaru określonego w zamówieniu.</w:t>
      </w:r>
    </w:p>
    <w:p w14:paraId="7015BB4D" w14:textId="77777777" w:rsidR="00CA6140" w:rsidRPr="004963B7" w:rsidRDefault="00000000">
      <w:pPr>
        <w:jc w:val="both"/>
        <w:rPr>
          <w:rFonts w:ascii="Aptos" w:hAnsi="Aptos"/>
          <w:lang w:val="pl-PL"/>
        </w:rPr>
      </w:pPr>
      <w:r w:rsidRPr="004963B7">
        <w:rPr>
          <w:rFonts w:ascii="Aptos" w:hAnsi="Aptos"/>
          <w:lang w:val="pl-PL"/>
        </w:rPr>
        <w:t>3. Dostawca – firma kurierska, z którą współpracuje Sprzedawca w zakresie dokonywania Dostawy Towarów.</w:t>
      </w:r>
    </w:p>
    <w:p w14:paraId="0CBF603A" w14:textId="77777777" w:rsidR="00CA6140" w:rsidRPr="004963B7" w:rsidRDefault="00000000">
      <w:pPr>
        <w:jc w:val="both"/>
        <w:rPr>
          <w:rFonts w:ascii="Aptos" w:hAnsi="Aptos"/>
          <w:lang w:val="pl-PL"/>
        </w:rPr>
      </w:pPr>
      <w:r w:rsidRPr="004963B7">
        <w:rPr>
          <w:rFonts w:ascii="Aptos" w:hAnsi="Aptos"/>
          <w:lang w:val="pl-PL"/>
        </w:rPr>
        <w:t>4. Hasło – ciąg znaków literowych, cyfrowych lub innych, wybranych przez Klienta podczas Rejestracji w Sklepie Internetowym, wykorzystywany w celu zabezpieczenia dostępu do Konta Klienta w Sklepie Internetowym.</w:t>
      </w:r>
    </w:p>
    <w:p w14:paraId="24DB5016" w14:textId="77777777" w:rsidR="00CA6140" w:rsidRPr="004963B7" w:rsidRDefault="00000000">
      <w:pPr>
        <w:jc w:val="both"/>
        <w:rPr>
          <w:rFonts w:ascii="Aptos" w:hAnsi="Aptos"/>
          <w:lang w:val="pl-PL"/>
        </w:rPr>
      </w:pPr>
      <w:r w:rsidRPr="004963B7">
        <w:rPr>
          <w:rFonts w:ascii="Aptos" w:hAnsi="Aptos"/>
          <w:lang w:val="pl-PL"/>
        </w:rPr>
        <w:t>5. Klient – podmiot, na rzecz którego zgodnie z Regulaminem i przepisami prawa mogą być świadczone usługi drogą elektroniczną lub z którym zawarta może być Umowa sprzedaży.</w:t>
      </w:r>
    </w:p>
    <w:p w14:paraId="0C9C2C9E" w14:textId="77777777" w:rsidR="00CA6140" w:rsidRPr="004963B7" w:rsidRDefault="00000000">
      <w:pPr>
        <w:jc w:val="both"/>
        <w:rPr>
          <w:rFonts w:ascii="Aptos" w:hAnsi="Aptos"/>
          <w:lang w:val="pl-PL"/>
        </w:rPr>
      </w:pPr>
      <w:r w:rsidRPr="004963B7">
        <w:rPr>
          <w:rFonts w:ascii="Aptos" w:hAnsi="Aptos"/>
          <w:lang w:val="pl-PL"/>
        </w:rPr>
        <w:t>6. Konsument – osoba fizyczna dokonująca z przedsiębiorcą czynności prawnej niezwiązanej bezpośrednio z jej działalnością gospodarczą lub zawodową.</w:t>
      </w:r>
    </w:p>
    <w:p w14:paraId="5E686DF5" w14:textId="77777777" w:rsidR="00CA6140" w:rsidRPr="004963B7" w:rsidRDefault="00000000">
      <w:pPr>
        <w:jc w:val="both"/>
        <w:rPr>
          <w:rFonts w:ascii="Aptos" w:hAnsi="Aptos"/>
          <w:lang w:val="pl-PL"/>
        </w:rPr>
      </w:pPr>
      <w:r w:rsidRPr="004963B7">
        <w:rPr>
          <w:rFonts w:ascii="Aptos" w:hAnsi="Aptos"/>
          <w:lang w:val="pl-PL"/>
        </w:rPr>
        <w:t>7. Konto Klienta – indywidualny dla każdego Klienta panel, uruchomiony na jego rzecz przez Sprzedawcę po dokonaniu przez Klienta Rejestracji i zawarciu umowy o świadczenie usługi Prowadzenie Konta Klienta.</w:t>
      </w:r>
    </w:p>
    <w:p w14:paraId="674F318F" w14:textId="77777777" w:rsidR="00CA6140" w:rsidRPr="004963B7" w:rsidRDefault="00000000">
      <w:pPr>
        <w:jc w:val="both"/>
        <w:rPr>
          <w:rFonts w:ascii="Aptos" w:hAnsi="Aptos"/>
          <w:lang w:val="pl-PL"/>
        </w:rPr>
      </w:pPr>
      <w:r w:rsidRPr="004963B7">
        <w:rPr>
          <w:rFonts w:ascii="Aptos" w:hAnsi="Aptos"/>
          <w:lang w:val="pl-PL"/>
        </w:rPr>
        <w:t xml:space="preserve">8. Przedsiębiorca – osoba fizyczna, osoba prawna lub jednostka organizacyjna niebędąca osobą prawną, której ustawa przyznaje zdolność prawną, prowadząca we własnym imieniu </w:t>
      </w:r>
      <w:r w:rsidRPr="004963B7">
        <w:rPr>
          <w:rFonts w:ascii="Aptos" w:hAnsi="Aptos"/>
          <w:lang w:val="pl-PL"/>
        </w:rPr>
        <w:lastRenderedPageBreak/>
        <w:t>działalność gospodarczą lub zawodową i dokonująca czynności prawnej związanej bezpośrednio z jej działalnością gospodarczą lub zawodową.</w:t>
      </w:r>
    </w:p>
    <w:p w14:paraId="642D27D1" w14:textId="77777777" w:rsidR="00CA6140" w:rsidRPr="004963B7" w:rsidRDefault="00000000">
      <w:pPr>
        <w:jc w:val="both"/>
        <w:rPr>
          <w:rFonts w:ascii="Aptos" w:hAnsi="Aptos"/>
          <w:lang w:val="pl-PL"/>
        </w:rPr>
      </w:pPr>
      <w:r w:rsidRPr="004963B7">
        <w:rPr>
          <w:rFonts w:ascii="Aptos" w:hAnsi="Aptos"/>
          <w:lang w:val="pl-PL"/>
        </w:rPr>
        <w:t>9. Przedsiębiorca na prawach Konsumenta – osoba fizyczna zawierająca Umowę sprzedaży bezpośrednio związaną z jej działalnością gospodarczą, gdy z treści Umowy sprzedaży wynika, że nie ma ona dla tego Przedsiębiorcy charakteru zawodowego, wynikającego w szczególności z przedmiotu wykonywanej przez niego działalności gospodarczej, udostępnionego na podstawie przepisów o Centralnej Ewidencji i Informacji o Działalności Gospodarczej.</w:t>
      </w:r>
    </w:p>
    <w:p w14:paraId="335D7A35" w14:textId="77777777" w:rsidR="00CA6140" w:rsidRPr="004963B7" w:rsidRDefault="00000000">
      <w:pPr>
        <w:jc w:val="both"/>
        <w:rPr>
          <w:rFonts w:ascii="Aptos" w:hAnsi="Aptos"/>
          <w:lang w:val="pl-PL"/>
        </w:rPr>
      </w:pPr>
      <w:r w:rsidRPr="004963B7">
        <w:rPr>
          <w:rFonts w:ascii="Aptos" w:hAnsi="Aptos"/>
          <w:lang w:val="pl-PL"/>
        </w:rPr>
        <w:t>10. Regulamin – niniejszy regulamin.</w:t>
      </w:r>
    </w:p>
    <w:p w14:paraId="242611B5" w14:textId="77777777" w:rsidR="00CA6140" w:rsidRPr="004963B7" w:rsidRDefault="00000000">
      <w:pPr>
        <w:jc w:val="both"/>
        <w:rPr>
          <w:rFonts w:ascii="Aptos" w:hAnsi="Aptos"/>
          <w:lang w:val="pl-PL"/>
        </w:rPr>
      </w:pPr>
      <w:r w:rsidRPr="004963B7">
        <w:rPr>
          <w:rFonts w:ascii="Aptos" w:hAnsi="Aptos"/>
          <w:lang w:val="pl-PL"/>
        </w:rPr>
        <w:t>11. Rejestracja – czynność faktyczna dokonana w sposób określony w Regulaminie, wymagana dla korzystania przez Klienta ze wszystkich funkcjonalności Sklepu Internetowego.</w:t>
      </w:r>
    </w:p>
    <w:p w14:paraId="6382070C" w14:textId="77777777" w:rsidR="00CA6140" w:rsidRPr="004963B7" w:rsidRDefault="00000000">
      <w:pPr>
        <w:jc w:val="both"/>
        <w:rPr>
          <w:rFonts w:ascii="Aptos" w:hAnsi="Aptos"/>
          <w:lang w:val="pl-PL"/>
        </w:rPr>
      </w:pPr>
      <w:r w:rsidRPr="004963B7">
        <w:rPr>
          <w:rFonts w:ascii="Aptos" w:hAnsi="Aptos"/>
          <w:lang w:val="pl-PL"/>
        </w:rPr>
        <w:t xml:space="preserve">12. Plantacja – miejsce prowadzenia upraw borówki i miejsce bezpośredniego odbioru owoców, zlokalizowane w Pilchowie (72-004) na końcu drogi szutrowej (ul. </w:t>
      </w:r>
      <w:proofErr w:type="spellStart"/>
      <w:r w:rsidRPr="004963B7">
        <w:rPr>
          <w:rFonts w:ascii="Aptos" w:hAnsi="Aptos"/>
          <w:lang w:val="pl-PL"/>
        </w:rPr>
        <w:t>Wołczkowska</w:t>
      </w:r>
      <w:proofErr w:type="spellEnd"/>
      <w:r w:rsidRPr="004963B7">
        <w:rPr>
          <w:rFonts w:ascii="Aptos" w:hAnsi="Aptos"/>
          <w:lang w:val="pl-PL"/>
        </w:rPr>
        <w:t>) pod lasem (działka rolna nr 67). Nawigacja prowadząca do Plantacji: https://maps.app.goo.gl/UqfGgE2eAqxBywuc8</w:t>
      </w:r>
    </w:p>
    <w:p w14:paraId="0E553D57" w14:textId="77777777" w:rsidR="00CA6140" w:rsidRPr="004963B7" w:rsidRDefault="00000000">
      <w:pPr>
        <w:jc w:val="both"/>
        <w:rPr>
          <w:rFonts w:ascii="Aptos" w:hAnsi="Aptos"/>
          <w:lang w:val="pl-PL"/>
        </w:rPr>
      </w:pPr>
      <w:r w:rsidRPr="004963B7">
        <w:rPr>
          <w:rFonts w:ascii="Aptos" w:hAnsi="Aptos"/>
          <w:lang w:val="pl-PL"/>
        </w:rPr>
        <w:t>13. Odbiór osobisty – odbiór Towaru w miejscu przeznaczonym do obsługi Klientów, tj. na Plantacji.</w:t>
      </w:r>
    </w:p>
    <w:p w14:paraId="771EEE3F" w14:textId="2F38AAFA" w:rsidR="00CA6140" w:rsidRPr="004963B7" w:rsidRDefault="00000000">
      <w:pPr>
        <w:jc w:val="both"/>
        <w:rPr>
          <w:rFonts w:ascii="Aptos" w:hAnsi="Aptos"/>
          <w:lang w:val="pl-PL"/>
        </w:rPr>
      </w:pPr>
      <w:r w:rsidRPr="004963B7">
        <w:rPr>
          <w:rFonts w:ascii="Aptos" w:hAnsi="Aptos"/>
          <w:lang w:val="pl-PL"/>
        </w:rPr>
        <w:t>14. Sprzedawca – Mateusz Wdowiak prowadzący Gospodarstwo Rolne Mateusz Wdowiak z siedzibą w Policach (72-010) przy ul. Piaskowej 5c/7, wpisany do ewidencji producentów prowadzonej przez Agencję Restrukturyzacji i Modernizacji Rolnictwa pod numerem identyfikacyjnym 076493010;</w:t>
      </w:r>
      <w:r w:rsidR="00076F42">
        <w:rPr>
          <w:rFonts w:ascii="Aptos" w:hAnsi="Aptos"/>
          <w:lang w:val="pl-PL"/>
        </w:rPr>
        <w:t xml:space="preserve"> REGON: 388216825; NIP: </w:t>
      </w:r>
      <w:proofErr w:type="gramStart"/>
      <w:r w:rsidR="00076F42">
        <w:rPr>
          <w:rFonts w:ascii="Aptos" w:hAnsi="Aptos"/>
          <w:lang w:val="pl-PL"/>
        </w:rPr>
        <w:t xml:space="preserve">8513352234; </w:t>
      </w:r>
      <w:r w:rsidRPr="004963B7">
        <w:rPr>
          <w:rFonts w:ascii="Aptos" w:hAnsi="Aptos"/>
          <w:lang w:val="pl-PL"/>
        </w:rPr>
        <w:t xml:space="preserve"> e-mail</w:t>
      </w:r>
      <w:proofErr w:type="gramEnd"/>
      <w:r w:rsidRPr="004963B7">
        <w:rPr>
          <w:rFonts w:ascii="Aptos" w:hAnsi="Aptos"/>
          <w:lang w:val="pl-PL"/>
        </w:rPr>
        <w:t>: borowka@borowkaszczecin.pl; strona: borowkaszczecin.pl; profil: facebook.com/</w:t>
      </w:r>
      <w:proofErr w:type="spellStart"/>
      <w:r w:rsidRPr="004963B7">
        <w:rPr>
          <w:rFonts w:ascii="Aptos" w:hAnsi="Aptos"/>
          <w:lang w:val="pl-PL"/>
        </w:rPr>
        <w:t>borowka.szczecin</w:t>
      </w:r>
      <w:proofErr w:type="spellEnd"/>
      <w:r w:rsidRPr="004963B7">
        <w:rPr>
          <w:rFonts w:ascii="Aptos" w:hAnsi="Aptos"/>
          <w:lang w:val="pl-PL"/>
        </w:rPr>
        <w:t>.</w:t>
      </w:r>
    </w:p>
    <w:p w14:paraId="78A6D733" w14:textId="77777777" w:rsidR="00CA6140" w:rsidRPr="004963B7" w:rsidRDefault="00000000">
      <w:pPr>
        <w:jc w:val="both"/>
        <w:rPr>
          <w:rFonts w:ascii="Aptos" w:hAnsi="Aptos"/>
          <w:lang w:val="pl-PL"/>
        </w:rPr>
      </w:pPr>
      <w:r w:rsidRPr="004963B7">
        <w:rPr>
          <w:rFonts w:ascii="Aptos" w:hAnsi="Aptos"/>
          <w:lang w:val="pl-PL"/>
        </w:rPr>
        <w:t>15. Strona Internetowa Sklepu – strony internetowe, pod którymi Sprzedawca prowadzi Sklep Internetowy, działające w domenie borowkaszczecin.pl.</w:t>
      </w:r>
    </w:p>
    <w:p w14:paraId="339ACA85" w14:textId="77777777" w:rsidR="00CA6140" w:rsidRPr="004963B7" w:rsidRDefault="00000000">
      <w:pPr>
        <w:jc w:val="both"/>
        <w:rPr>
          <w:rFonts w:ascii="Aptos" w:hAnsi="Aptos"/>
          <w:lang w:val="pl-PL"/>
        </w:rPr>
      </w:pPr>
      <w:r w:rsidRPr="004963B7">
        <w:rPr>
          <w:rFonts w:ascii="Aptos" w:hAnsi="Aptos"/>
          <w:lang w:val="pl-PL"/>
        </w:rPr>
        <w:t>16. Towar – produkt przedstawiony przez Sprzedawcę za pośrednictwem Strony Internetowej Sklepu, mogący być przedmiotem Umowy sprzedaży.</w:t>
      </w:r>
    </w:p>
    <w:p w14:paraId="5458280E" w14:textId="77777777" w:rsidR="00CA6140" w:rsidRPr="004963B7" w:rsidRDefault="00000000">
      <w:pPr>
        <w:jc w:val="both"/>
        <w:rPr>
          <w:rFonts w:ascii="Aptos" w:hAnsi="Aptos"/>
          <w:lang w:val="pl-PL"/>
        </w:rPr>
      </w:pPr>
      <w:r w:rsidRPr="004963B7">
        <w:rPr>
          <w:rFonts w:ascii="Aptos" w:hAnsi="Aptos"/>
          <w:lang w:val="pl-PL"/>
        </w:rPr>
        <w:t>17. Trwałość – zdolność Towaru do zachowania jego funkcji i właściwości w toku zwykłego korzystania.</w:t>
      </w:r>
    </w:p>
    <w:p w14:paraId="550595D3" w14:textId="77777777" w:rsidR="00CA6140" w:rsidRPr="004963B7" w:rsidRDefault="00000000">
      <w:pPr>
        <w:jc w:val="both"/>
        <w:rPr>
          <w:rFonts w:ascii="Aptos" w:hAnsi="Aptos"/>
          <w:lang w:val="pl-PL"/>
        </w:rPr>
      </w:pPr>
      <w:r w:rsidRPr="004963B7">
        <w:rPr>
          <w:rFonts w:ascii="Aptos" w:hAnsi="Aptos"/>
          <w:lang w:val="pl-PL"/>
        </w:rPr>
        <w:t xml:space="preserve">18. Trwały nośnik – materiał lub narzędzie umożliwiające Klientowi lub Sprzedawcy przechowywanie informacji kierowanych osobiście do niego, w sposób umożliwiający </w:t>
      </w:r>
      <w:r w:rsidRPr="004963B7">
        <w:rPr>
          <w:rFonts w:ascii="Aptos" w:hAnsi="Aptos"/>
          <w:lang w:val="pl-PL"/>
        </w:rPr>
        <w:lastRenderedPageBreak/>
        <w:t>dostęp do informacji w przyszłości przez czas odpowiedni do celów, jakim te informacje służą, i które pozwalają na odtworzenie przechowywanych informacji w niezmienionej postaci.</w:t>
      </w:r>
    </w:p>
    <w:p w14:paraId="52519957" w14:textId="77777777" w:rsidR="00CA6140" w:rsidRPr="004963B7" w:rsidRDefault="00000000">
      <w:pPr>
        <w:jc w:val="both"/>
        <w:rPr>
          <w:rFonts w:ascii="Aptos" w:hAnsi="Aptos"/>
          <w:lang w:val="pl-PL"/>
        </w:rPr>
      </w:pPr>
      <w:r w:rsidRPr="004963B7">
        <w:rPr>
          <w:rFonts w:ascii="Aptos" w:hAnsi="Aptos"/>
          <w:lang w:val="pl-PL"/>
        </w:rPr>
        <w:t>19. Umowa sprzedaży – umowa sprzedaży zawarta na odległość, na zasadach określonych w Regulaminie, między Klientem a Sprzedawcą.</w:t>
      </w:r>
    </w:p>
    <w:p w14:paraId="1F7488B5" w14:textId="77777777" w:rsidR="00CA6140" w:rsidRPr="004963B7" w:rsidRDefault="00CA6140">
      <w:pPr>
        <w:rPr>
          <w:rFonts w:ascii="Aptos" w:hAnsi="Aptos"/>
          <w:lang w:val="pl-PL"/>
        </w:rPr>
      </w:pPr>
    </w:p>
    <w:p w14:paraId="54AD4305" w14:textId="77777777" w:rsidR="00CA6140" w:rsidRPr="004963B7" w:rsidRDefault="00000000">
      <w:pPr>
        <w:rPr>
          <w:rFonts w:ascii="Aptos" w:hAnsi="Aptos"/>
          <w:lang w:val="pl-PL"/>
        </w:rPr>
      </w:pPr>
      <w:r w:rsidRPr="004963B7">
        <w:rPr>
          <w:rFonts w:ascii="Aptos" w:hAnsi="Aptos"/>
          <w:b/>
          <w:sz w:val="26"/>
          <w:lang w:val="pl-PL"/>
        </w:rPr>
        <w:t>§ 2. Postanowienia ogólne i korzystanie ze Sklepu Internetowego</w:t>
      </w:r>
    </w:p>
    <w:p w14:paraId="15F10AA9" w14:textId="77777777" w:rsidR="00CA6140" w:rsidRPr="004963B7" w:rsidRDefault="00000000">
      <w:pPr>
        <w:jc w:val="both"/>
        <w:rPr>
          <w:rFonts w:ascii="Aptos" w:hAnsi="Aptos"/>
          <w:lang w:val="pl-PL"/>
        </w:rPr>
      </w:pPr>
      <w:r w:rsidRPr="004963B7">
        <w:rPr>
          <w:rFonts w:ascii="Aptos" w:hAnsi="Aptos"/>
          <w:lang w:val="pl-PL"/>
        </w:rPr>
        <w:t>1. Wszelkie prawa do Sklepu Internetowego, w tym majątkowe prawa autorskie, prawa własności intelektualnej do jego nazwy, domeny internetowej, Strony Internetowej Sklepu, a także do wzorców, formularzy i logotypów zamieszczanych na Stronie Internetowej Sklepu (z wyjątkiem logotypów i zdjęć prezentowanych na Stronie Internetowej Sklepu w celu prezentacji Towarów, do których prawa autorskie należą do podmiotów trzecich) należą do Sprzedawcy, a korzystanie z nich może następować wyłącznie w sposób określony i zgodny z Regulaminem oraz za zgodą Sprzedawcy wyrażoną na piśmie.</w:t>
      </w:r>
    </w:p>
    <w:p w14:paraId="5B32A1D3" w14:textId="77777777" w:rsidR="00CA6140" w:rsidRPr="004963B7" w:rsidRDefault="00000000">
      <w:pPr>
        <w:jc w:val="both"/>
        <w:rPr>
          <w:rFonts w:ascii="Aptos" w:hAnsi="Aptos"/>
          <w:lang w:val="pl-PL"/>
        </w:rPr>
      </w:pPr>
      <w:r w:rsidRPr="004963B7">
        <w:rPr>
          <w:rFonts w:ascii="Aptos" w:hAnsi="Aptos"/>
          <w:lang w:val="pl-PL"/>
        </w:rPr>
        <w:t xml:space="preserve">2. Sprzedawca dołoży starań, aby korzystanie ze Sklepu Internetowego było możliwe dla użytkowników Internetu z użyciem wszystkich popularnych przeglądarek internetowych, systemów operacyjnych, typów urządzeń oraz typów połączeń internetowych. Minimalne wymagania techniczne umożliwiające korzystanie ze Strony Internetowej Sklepu to przeglądarka internetowa w wersji co najmniej: Microsoft Edge 109, Internet Explorer 11, Chrome 110, </w:t>
      </w:r>
      <w:proofErr w:type="spellStart"/>
      <w:r w:rsidRPr="004963B7">
        <w:rPr>
          <w:rFonts w:ascii="Aptos" w:hAnsi="Aptos"/>
          <w:lang w:val="pl-PL"/>
        </w:rPr>
        <w:t>Firefox</w:t>
      </w:r>
      <w:proofErr w:type="spellEnd"/>
      <w:r w:rsidRPr="004963B7">
        <w:rPr>
          <w:rFonts w:ascii="Aptos" w:hAnsi="Aptos"/>
          <w:lang w:val="pl-PL"/>
        </w:rPr>
        <w:t xml:space="preserve"> 109, Opera 95, Safari 11 lub nowszej, z włączoną obsługą języka JavaScript, akceptująca pliki typu „</w:t>
      </w:r>
      <w:proofErr w:type="spellStart"/>
      <w:r w:rsidRPr="004963B7">
        <w:rPr>
          <w:rFonts w:ascii="Aptos" w:hAnsi="Aptos"/>
          <w:lang w:val="pl-PL"/>
        </w:rPr>
        <w:t>cookies</w:t>
      </w:r>
      <w:proofErr w:type="spellEnd"/>
      <w:r w:rsidRPr="004963B7">
        <w:rPr>
          <w:rFonts w:ascii="Aptos" w:hAnsi="Aptos"/>
          <w:lang w:val="pl-PL"/>
        </w:rPr>
        <w:t xml:space="preserve">”, oraz łącze internetowe o przepustowości co najmniej 256 </w:t>
      </w:r>
      <w:proofErr w:type="spellStart"/>
      <w:r w:rsidRPr="004963B7">
        <w:rPr>
          <w:rFonts w:ascii="Aptos" w:hAnsi="Aptos"/>
          <w:lang w:val="pl-PL"/>
        </w:rPr>
        <w:t>kbit</w:t>
      </w:r>
      <w:proofErr w:type="spellEnd"/>
      <w:r w:rsidRPr="004963B7">
        <w:rPr>
          <w:rFonts w:ascii="Aptos" w:hAnsi="Aptos"/>
          <w:lang w:val="pl-PL"/>
        </w:rPr>
        <w:t>/s. Strona Internetowa Sklepu jest zoptymalizowana dla minimalnej rozdzielczości ekranu 1024×768 pikseli.</w:t>
      </w:r>
    </w:p>
    <w:p w14:paraId="407710D7" w14:textId="77777777" w:rsidR="00CA6140" w:rsidRPr="004963B7" w:rsidRDefault="00000000">
      <w:pPr>
        <w:jc w:val="both"/>
        <w:rPr>
          <w:rFonts w:ascii="Aptos" w:hAnsi="Aptos"/>
          <w:lang w:val="pl-PL"/>
        </w:rPr>
      </w:pPr>
      <w:r w:rsidRPr="004963B7">
        <w:rPr>
          <w:rFonts w:ascii="Aptos" w:hAnsi="Aptos"/>
          <w:lang w:val="pl-PL"/>
        </w:rPr>
        <w:t>3. Sprzedawca stosuje mechanizm plików „</w:t>
      </w:r>
      <w:proofErr w:type="spellStart"/>
      <w:r w:rsidRPr="004963B7">
        <w:rPr>
          <w:rFonts w:ascii="Aptos" w:hAnsi="Aptos"/>
          <w:lang w:val="pl-PL"/>
        </w:rPr>
        <w:t>cookies</w:t>
      </w:r>
      <w:proofErr w:type="spellEnd"/>
      <w:r w:rsidRPr="004963B7">
        <w:rPr>
          <w:rFonts w:ascii="Aptos" w:hAnsi="Aptos"/>
          <w:lang w:val="pl-PL"/>
        </w:rPr>
        <w:t>”, które podczas korzystania przez Klientów ze Strony Internetowej Sklepu zapisywane są przez serwer Sprzedawcy na dysku twardym urządzenia końcowego Klienta. Stosowanie plików „</w:t>
      </w:r>
      <w:proofErr w:type="spellStart"/>
      <w:r w:rsidRPr="004963B7">
        <w:rPr>
          <w:rFonts w:ascii="Aptos" w:hAnsi="Aptos"/>
          <w:lang w:val="pl-PL"/>
        </w:rPr>
        <w:t>cookies</w:t>
      </w:r>
      <w:proofErr w:type="spellEnd"/>
      <w:r w:rsidRPr="004963B7">
        <w:rPr>
          <w:rFonts w:ascii="Aptos" w:hAnsi="Aptos"/>
          <w:lang w:val="pl-PL"/>
        </w:rPr>
        <w:t>” ma na celu poprawne działanie Strony Internetowej Sklepu na urządzeniach końcowych Klientów. Mechanizm ten nie niszczy urządzenia końcowego Klienta oraz nie powoduje zmian konfiguracyjnych w urządzeniach końcowych Klientów ani w oprogramowaniu zainstalowanym na tych urządzeniach. Każdy Klient może wyłączyć mechanizm „</w:t>
      </w:r>
      <w:proofErr w:type="spellStart"/>
      <w:r w:rsidRPr="004963B7">
        <w:rPr>
          <w:rFonts w:ascii="Aptos" w:hAnsi="Aptos"/>
          <w:lang w:val="pl-PL"/>
        </w:rPr>
        <w:t>cookies</w:t>
      </w:r>
      <w:proofErr w:type="spellEnd"/>
      <w:r w:rsidRPr="004963B7">
        <w:rPr>
          <w:rFonts w:ascii="Aptos" w:hAnsi="Aptos"/>
          <w:lang w:val="pl-PL"/>
        </w:rPr>
        <w:t>” w przeglądarce internetowej swojego urządzenia końcowego. Sprzedawca wskazuje, że wyłączenie „</w:t>
      </w:r>
      <w:proofErr w:type="spellStart"/>
      <w:r w:rsidRPr="004963B7">
        <w:rPr>
          <w:rFonts w:ascii="Aptos" w:hAnsi="Aptos"/>
          <w:lang w:val="pl-PL"/>
        </w:rPr>
        <w:t>cookies</w:t>
      </w:r>
      <w:proofErr w:type="spellEnd"/>
      <w:r w:rsidRPr="004963B7">
        <w:rPr>
          <w:rFonts w:ascii="Aptos" w:hAnsi="Aptos"/>
          <w:lang w:val="pl-PL"/>
        </w:rPr>
        <w:t>” może jednak spowodować utrudnienia lub uniemożliwić korzystanie ze Strony Internetowej Sklepu.</w:t>
      </w:r>
    </w:p>
    <w:p w14:paraId="32CDE53E" w14:textId="77777777" w:rsidR="00CA6140" w:rsidRPr="004963B7" w:rsidRDefault="00000000">
      <w:pPr>
        <w:jc w:val="both"/>
        <w:rPr>
          <w:rFonts w:ascii="Aptos" w:hAnsi="Aptos"/>
          <w:lang w:val="pl-PL"/>
        </w:rPr>
      </w:pPr>
      <w:r w:rsidRPr="004963B7">
        <w:rPr>
          <w:rFonts w:ascii="Aptos" w:hAnsi="Aptos"/>
          <w:lang w:val="pl-PL"/>
        </w:rPr>
        <w:lastRenderedPageBreak/>
        <w:t>4. W celu złożenia zamówienia w Sklepie Internetowym za pośrednictwem Strony Internetowej Sklepu lub poczty elektronicznej oraz w celu korzystania z usług dostępnych na Stronie Internetowej Sklepu, konieczne jest posiadanie przez Klienta aktywnego konta poczty elektronicznej.</w:t>
      </w:r>
    </w:p>
    <w:p w14:paraId="1FE04CE6" w14:textId="77777777" w:rsidR="00CA6140" w:rsidRPr="004963B7" w:rsidRDefault="00000000">
      <w:pPr>
        <w:jc w:val="both"/>
        <w:rPr>
          <w:rFonts w:ascii="Aptos" w:hAnsi="Aptos"/>
          <w:lang w:val="pl-PL"/>
        </w:rPr>
      </w:pPr>
      <w:r w:rsidRPr="004963B7">
        <w:rPr>
          <w:rFonts w:ascii="Aptos" w:hAnsi="Aptos"/>
          <w:lang w:val="pl-PL"/>
        </w:rPr>
        <w:t>5. Zakazane jest dostarczanie przez Klienta treści o charakterze bezprawnym oraz wykorzystywanie przez Klienta Sklepu Internetowego, Strony Internetowej Sklepu lub usług nieodpłatnych świadczonych przez Sprzedawcę w sposób sprzeczny z prawem, dobrymi obyczajami lub naruszający dobra osobiste osób trzecich.</w:t>
      </w:r>
    </w:p>
    <w:p w14:paraId="7AF2D111" w14:textId="77777777" w:rsidR="00CA6140" w:rsidRPr="004963B7" w:rsidRDefault="00000000">
      <w:pPr>
        <w:jc w:val="both"/>
        <w:rPr>
          <w:rFonts w:ascii="Aptos" w:hAnsi="Aptos"/>
          <w:lang w:val="pl-PL"/>
        </w:rPr>
      </w:pPr>
      <w:r w:rsidRPr="004963B7">
        <w:rPr>
          <w:rFonts w:ascii="Aptos" w:hAnsi="Aptos"/>
          <w:lang w:val="pl-PL"/>
        </w:rPr>
        <w:t>6. Sprzedawca oświadcza, iż publiczny charakter sieci Internet oraz korzystanie z usług świadczonych drogą elektroniczną wiązać się może z zagrożeniem pozyskania i modyfikowania danych Klientów przez osoby nieuprawnione, dlatego Klienci powinni stosować właściwe środki techniczne, które zminimalizują wskazane wyżej zagrożenia. W szczególności powinni stosować programy antywirusowe i chroniące tożsamość korzystających z sieci Internet. Sprzedawca nigdy nie zwraca się do Klienta z prośbą o udostępnienie mu w jakiejkolwiek formie Hasła.</w:t>
      </w:r>
    </w:p>
    <w:p w14:paraId="504B7E3F" w14:textId="77777777" w:rsidR="00CA6140" w:rsidRPr="004963B7" w:rsidRDefault="00000000">
      <w:pPr>
        <w:jc w:val="both"/>
        <w:rPr>
          <w:rFonts w:ascii="Aptos" w:hAnsi="Aptos"/>
          <w:lang w:val="pl-PL"/>
        </w:rPr>
      </w:pPr>
      <w:r w:rsidRPr="004963B7">
        <w:rPr>
          <w:rFonts w:ascii="Aptos" w:hAnsi="Aptos"/>
          <w:lang w:val="pl-PL"/>
        </w:rPr>
        <w:t>7. Nie jest dopuszczalne wykorzystywanie zasobów i funkcji Sklepu Internetowego w celu prowadzenia przez Klienta działalności naruszającej interes Sprzedawcy, tj.: działalności reklamowej innego przedsiębiorcy lub produktu; działalności polegającej na zamieszczaniu treści niezwiązanych z działalnością Sprzedawcy; działalności polegającej na zamieszczaniu treści nieprawdziwych lub wprowadzających w błąd.</w:t>
      </w:r>
    </w:p>
    <w:p w14:paraId="7B372780" w14:textId="77777777" w:rsidR="00CA6140" w:rsidRPr="004963B7" w:rsidRDefault="00CA6140">
      <w:pPr>
        <w:rPr>
          <w:rFonts w:ascii="Aptos" w:hAnsi="Aptos"/>
          <w:lang w:val="pl-PL"/>
        </w:rPr>
      </w:pPr>
    </w:p>
    <w:p w14:paraId="0DF359EE" w14:textId="77777777" w:rsidR="00CA6140" w:rsidRPr="004963B7" w:rsidRDefault="00000000">
      <w:pPr>
        <w:rPr>
          <w:rFonts w:ascii="Aptos" w:hAnsi="Aptos"/>
          <w:lang w:val="pl-PL"/>
        </w:rPr>
      </w:pPr>
      <w:r w:rsidRPr="004963B7">
        <w:rPr>
          <w:rFonts w:ascii="Aptos" w:hAnsi="Aptos"/>
          <w:b/>
          <w:sz w:val="26"/>
          <w:lang w:val="pl-PL"/>
        </w:rPr>
        <w:t>§ 3. Rejestracja</w:t>
      </w:r>
    </w:p>
    <w:p w14:paraId="4BCDBFAD" w14:textId="77777777" w:rsidR="00CA6140" w:rsidRPr="004963B7" w:rsidRDefault="00000000">
      <w:pPr>
        <w:jc w:val="both"/>
        <w:rPr>
          <w:rFonts w:ascii="Aptos" w:hAnsi="Aptos"/>
          <w:lang w:val="pl-PL"/>
        </w:rPr>
      </w:pPr>
      <w:r w:rsidRPr="004963B7">
        <w:rPr>
          <w:rFonts w:ascii="Aptos" w:hAnsi="Aptos"/>
          <w:lang w:val="pl-PL"/>
        </w:rPr>
        <w:t>1. W celu utworzenia Konta Klienta Klient zobowiązany jest dokonać nieodpłatnej Rejestracji.</w:t>
      </w:r>
    </w:p>
    <w:p w14:paraId="2F3F1CE0" w14:textId="77777777" w:rsidR="00CA6140" w:rsidRPr="004963B7" w:rsidRDefault="00000000">
      <w:pPr>
        <w:jc w:val="both"/>
        <w:rPr>
          <w:rFonts w:ascii="Aptos" w:hAnsi="Aptos"/>
          <w:lang w:val="pl-PL"/>
        </w:rPr>
      </w:pPr>
      <w:r w:rsidRPr="004963B7">
        <w:rPr>
          <w:rFonts w:ascii="Aptos" w:hAnsi="Aptos"/>
          <w:lang w:val="pl-PL"/>
        </w:rPr>
        <w:t>2. Rejestracja nie jest konieczna do złożenia zamówienia w Sklepie Internetowym.</w:t>
      </w:r>
    </w:p>
    <w:p w14:paraId="23438CBA" w14:textId="77777777" w:rsidR="00CA6140" w:rsidRPr="004963B7" w:rsidRDefault="00000000">
      <w:pPr>
        <w:jc w:val="both"/>
        <w:rPr>
          <w:rFonts w:ascii="Aptos" w:hAnsi="Aptos"/>
          <w:lang w:val="pl-PL"/>
        </w:rPr>
      </w:pPr>
      <w:r w:rsidRPr="004963B7">
        <w:rPr>
          <w:rFonts w:ascii="Aptos" w:hAnsi="Aptos"/>
          <w:lang w:val="pl-PL"/>
        </w:rPr>
        <w:t>3. W celu Rejestracji Klient powinien wypełnić formularz rejestracyjny udostępniony przez Sprzedawcę na Stronie Internetowej Sklepu i przesłać wypełniony formularz drogą elektroniczną do Sprzedawcy poprzez wybór odpowiedniej funkcji znajdującej się w formularzu. Podczas Rejestracji Klient ustala indywidualne Hasło.</w:t>
      </w:r>
    </w:p>
    <w:p w14:paraId="717A7CC1" w14:textId="77777777" w:rsidR="00CA6140" w:rsidRPr="004963B7" w:rsidRDefault="00000000">
      <w:pPr>
        <w:jc w:val="both"/>
        <w:rPr>
          <w:rFonts w:ascii="Aptos" w:hAnsi="Aptos"/>
          <w:lang w:val="pl-PL"/>
        </w:rPr>
      </w:pPr>
      <w:r w:rsidRPr="004963B7">
        <w:rPr>
          <w:rFonts w:ascii="Aptos" w:hAnsi="Aptos"/>
          <w:lang w:val="pl-PL"/>
        </w:rPr>
        <w:t>4. W trakcie wypełniania formularza rejestracyjnego Klient ma możliwość zapoznania się z Regulaminem, akceptując jego treść poprzez oznaczenie odpowiedniego pola w formularzu.</w:t>
      </w:r>
    </w:p>
    <w:p w14:paraId="0310F95E" w14:textId="77777777" w:rsidR="00CA6140" w:rsidRPr="004963B7" w:rsidRDefault="00000000">
      <w:pPr>
        <w:jc w:val="both"/>
        <w:rPr>
          <w:rFonts w:ascii="Aptos" w:hAnsi="Aptos"/>
          <w:lang w:val="pl-PL"/>
        </w:rPr>
      </w:pPr>
      <w:r w:rsidRPr="004963B7">
        <w:rPr>
          <w:rFonts w:ascii="Aptos" w:hAnsi="Aptos"/>
          <w:lang w:val="pl-PL"/>
        </w:rPr>
        <w:lastRenderedPageBreak/>
        <w:t>5. W trakcie Rejestracji Klient może dobrowolnie wyrazić zgodę na przetwarzanie swoich danych osobowych w celach marketingowych poprzez zaznaczenie odpowiedniego pola formularza. W takim przypadku Sprzedawca wyraźnie informuje o celu zbierania danych osobowych Klienta, a także o znanych Sprzedawcy lub przewidywanych odbiorcach tych danych.</w:t>
      </w:r>
    </w:p>
    <w:p w14:paraId="3D3B4B5D" w14:textId="77777777" w:rsidR="00CA6140" w:rsidRPr="004963B7" w:rsidRDefault="00000000">
      <w:pPr>
        <w:jc w:val="both"/>
        <w:rPr>
          <w:rFonts w:ascii="Aptos" w:hAnsi="Aptos"/>
          <w:lang w:val="pl-PL"/>
        </w:rPr>
      </w:pPr>
      <w:r w:rsidRPr="004963B7">
        <w:rPr>
          <w:rFonts w:ascii="Aptos" w:hAnsi="Aptos"/>
          <w:lang w:val="pl-PL"/>
        </w:rPr>
        <w:t>6. Wyrażenie przez Klienta zgody na przetwarzanie jego danych osobowych w celach marketingowych nie warunkuje możliwości zawarcia ze Sprzedawcą umowy o świadczenie drogą elektroniczną usługi Prowadzenie Konta Klienta. Zgoda może być w każdej chwili cofnięta poprzez złożenie Sprzedawcy stosownego oświadczenia. Oświadczenie może zostać przykładowo przesłane na adres Sprzedawcy za pośrednictwem poczty elektronicznej.</w:t>
      </w:r>
    </w:p>
    <w:p w14:paraId="26C6FBD1" w14:textId="77777777" w:rsidR="00CA6140" w:rsidRPr="004963B7" w:rsidRDefault="00000000">
      <w:pPr>
        <w:jc w:val="both"/>
        <w:rPr>
          <w:rFonts w:ascii="Aptos" w:hAnsi="Aptos"/>
          <w:lang w:val="pl-PL"/>
        </w:rPr>
      </w:pPr>
      <w:r w:rsidRPr="004963B7">
        <w:rPr>
          <w:rFonts w:ascii="Aptos" w:hAnsi="Aptos"/>
          <w:lang w:val="pl-PL"/>
        </w:rPr>
        <w:t>7. Po przesłaniu formularza rejestracyjnego Klient otrzymuje niezwłocznie, drogą elektroniczną na adres e-mail podany w formularzu, potwierdzenie Rejestracji przez Sprzedawcę. Z tą chwilą zawarta zostaje umowa o świadczenie drogą elektroniczną usługi Prowadzenie Konta Klienta, a Klient uzyskuje możliwość dostępu do Konta Klienta i dokonywania zmian danych podanych podczas Rejestracji.</w:t>
      </w:r>
    </w:p>
    <w:p w14:paraId="3AB740EA" w14:textId="77777777" w:rsidR="00CA6140" w:rsidRPr="004963B7" w:rsidRDefault="00CA6140">
      <w:pPr>
        <w:rPr>
          <w:rFonts w:ascii="Aptos" w:hAnsi="Aptos"/>
          <w:lang w:val="pl-PL"/>
        </w:rPr>
      </w:pPr>
    </w:p>
    <w:p w14:paraId="23422F7F" w14:textId="77777777" w:rsidR="00CA6140" w:rsidRPr="004963B7" w:rsidRDefault="00000000">
      <w:pPr>
        <w:rPr>
          <w:rFonts w:ascii="Aptos" w:hAnsi="Aptos"/>
          <w:lang w:val="pl-PL"/>
        </w:rPr>
      </w:pPr>
      <w:r w:rsidRPr="004963B7">
        <w:rPr>
          <w:rFonts w:ascii="Aptos" w:hAnsi="Aptos"/>
          <w:b/>
          <w:sz w:val="26"/>
          <w:lang w:val="pl-PL"/>
        </w:rPr>
        <w:t>§ 4. Zamówienia</w:t>
      </w:r>
    </w:p>
    <w:p w14:paraId="3D24D07C" w14:textId="77777777" w:rsidR="00CA6140" w:rsidRPr="004963B7" w:rsidRDefault="00000000">
      <w:pPr>
        <w:jc w:val="both"/>
        <w:rPr>
          <w:rFonts w:ascii="Aptos" w:hAnsi="Aptos"/>
          <w:lang w:val="pl-PL"/>
        </w:rPr>
      </w:pPr>
      <w:r w:rsidRPr="004963B7">
        <w:rPr>
          <w:rFonts w:ascii="Aptos" w:hAnsi="Aptos"/>
          <w:lang w:val="pl-PL"/>
        </w:rPr>
        <w:t>1. Informacje zawarte na Stronie Internetowej Sklepu nie stanowią oferty Sprzedawcy w rozumieniu Kodeksu cywilnego, a jedynie zaproszenie Klientów do składania ofert zawarcia Umowy sprzedaży.</w:t>
      </w:r>
    </w:p>
    <w:p w14:paraId="485F0B79" w14:textId="77777777" w:rsidR="00CA6140" w:rsidRPr="004963B7" w:rsidRDefault="00000000">
      <w:pPr>
        <w:jc w:val="both"/>
        <w:rPr>
          <w:rFonts w:ascii="Aptos" w:hAnsi="Aptos"/>
          <w:lang w:val="pl-PL"/>
        </w:rPr>
      </w:pPr>
      <w:r w:rsidRPr="004963B7">
        <w:rPr>
          <w:rFonts w:ascii="Aptos" w:hAnsi="Aptos"/>
          <w:lang w:val="pl-PL"/>
        </w:rPr>
        <w:t>2. Klient może składać zamówienia w Sklepie Internetowym za pośrednictwem Strony Internetowej Sklepu lub poczty elektronicznej przez 7 dni w tygodniu, 24 godziny na dobę.</w:t>
      </w:r>
    </w:p>
    <w:p w14:paraId="0148066A" w14:textId="77777777" w:rsidR="00CA6140" w:rsidRPr="004963B7" w:rsidRDefault="00000000">
      <w:pPr>
        <w:jc w:val="both"/>
        <w:rPr>
          <w:rFonts w:ascii="Aptos" w:hAnsi="Aptos"/>
          <w:lang w:val="pl-PL"/>
        </w:rPr>
      </w:pPr>
      <w:r w:rsidRPr="004963B7">
        <w:rPr>
          <w:rFonts w:ascii="Aptos" w:hAnsi="Aptos"/>
          <w:lang w:val="pl-PL"/>
        </w:rPr>
        <w:t>3. Klient składający zamówienie za pośrednictwem Strony Internetowej Sklepu kompletuje zamówienie, wybierając Towar. Dodanie Towaru do zamówienia następuje przez wybór polecenia „DODAJ DO KOSZYKA” pod danym Towarem. Klient po skompletowaniu zamówienia i wskazaniu w „KOSZYKU” sposobu Dostawy oraz formy płatności składa zamówienie przez wysłanie formularza zamówienia do Sprzedawcy, wybierając przycisk „Zamówienie z obowiązkiem zapłaty”. Każdorazowo przed wysyłką zamówienia Klient jest informowany o łącznej cenie za Towar i Dostawę oraz o wszystkich dodatkowych kosztach związanych z Umową sprzedaży.</w:t>
      </w:r>
    </w:p>
    <w:p w14:paraId="432AC1BC" w14:textId="77777777" w:rsidR="00CA6140" w:rsidRPr="004963B7" w:rsidRDefault="00000000">
      <w:pPr>
        <w:jc w:val="both"/>
        <w:rPr>
          <w:rFonts w:ascii="Aptos" w:hAnsi="Aptos"/>
          <w:lang w:val="pl-PL"/>
        </w:rPr>
      </w:pPr>
      <w:r w:rsidRPr="004963B7">
        <w:rPr>
          <w:rFonts w:ascii="Aptos" w:hAnsi="Aptos"/>
          <w:lang w:val="pl-PL"/>
        </w:rPr>
        <w:t xml:space="preserve">4. Klient składający zamówienie za pośrednictwem poczty elektronicznej przesyła je na adres e-mail podany przez Sprzedawcę na Stronie Internetowej Sklepu. Klient w </w:t>
      </w:r>
      <w:r w:rsidRPr="004963B7">
        <w:rPr>
          <w:rFonts w:ascii="Aptos" w:hAnsi="Aptos"/>
          <w:lang w:val="pl-PL"/>
        </w:rPr>
        <w:lastRenderedPageBreak/>
        <w:t>wiadomości podaje w szczególności: nazwę Towaru, jego wariant (jeżeli dotyczy) oraz ilość, a także swoje dane teleadresowe.</w:t>
      </w:r>
    </w:p>
    <w:p w14:paraId="5A573019" w14:textId="77777777" w:rsidR="00CA6140" w:rsidRPr="004963B7" w:rsidRDefault="00000000">
      <w:pPr>
        <w:jc w:val="both"/>
        <w:rPr>
          <w:rFonts w:ascii="Aptos" w:hAnsi="Aptos"/>
          <w:lang w:val="pl-PL"/>
        </w:rPr>
      </w:pPr>
      <w:r w:rsidRPr="004963B7">
        <w:rPr>
          <w:rFonts w:ascii="Aptos" w:hAnsi="Aptos"/>
          <w:lang w:val="pl-PL"/>
        </w:rPr>
        <w:t>5. Po otrzymaniu wiadomości, o której mowa w ust. 4, Sprzedawca przesyła Klientowi zwrotną wiadomość, podając: swoje dane, cenę wybranych Towarów, możliwe formy płatności, sposób Dostawy wraz z kosztem oraz informacje o wszystkich dodatkowych płatnościach. Wiadomość zawiera również informację o obowiązku zapłaty. Na podstawie tych informacji Klient może złożyć zamówienie, przesyłając wiadomość wskazując wybraną formę płatności oraz sposób Dostawy.</w:t>
      </w:r>
    </w:p>
    <w:p w14:paraId="5DDD1C7A" w14:textId="77777777" w:rsidR="00CA6140" w:rsidRPr="004963B7" w:rsidRDefault="00000000">
      <w:pPr>
        <w:jc w:val="both"/>
        <w:rPr>
          <w:rFonts w:ascii="Aptos" w:hAnsi="Aptos"/>
          <w:lang w:val="pl-PL"/>
        </w:rPr>
      </w:pPr>
      <w:r w:rsidRPr="004963B7">
        <w:rPr>
          <w:rFonts w:ascii="Aptos" w:hAnsi="Aptos"/>
          <w:lang w:val="pl-PL"/>
        </w:rPr>
        <w:t>6. Złożenie zamówienia stanowi złożenie Sprzedawcy przez Klienta oferty zawarcia Umowy sprzedaży.</w:t>
      </w:r>
    </w:p>
    <w:p w14:paraId="069A55A8" w14:textId="77777777" w:rsidR="00CA6140" w:rsidRPr="004963B7" w:rsidRDefault="00000000">
      <w:pPr>
        <w:jc w:val="both"/>
        <w:rPr>
          <w:rFonts w:ascii="Aptos" w:hAnsi="Aptos"/>
          <w:lang w:val="pl-PL"/>
        </w:rPr>
      </w:pPr>
      <w:r w:rsidRPr="004963B7">
        <w:rPr>
          <w:rFonts w:ascii="Aptos" w:hAnsi="Aptos"/>
          <w:lang w:val="pl-PL"/>
        </w:rPr>
        <w:t>7. Po złożeniu zamówienia Sprzedawca przesyła na adres e-mail Klienta potwierdzenie jego złożenia.</w:t>
      </w:r>
    </w:p>
    <w:p w14:paraId="69D4BFA2" w14:textId="77777777" w:rsidR="00CA6140" w:rsidRPr="004963B7" w:rsidRDefault="00000000">
      <w:pPr>
        <w:jc w:val="both"/>
        <w:rPr>
          <w:rFonts w:ascii="Aptos" w:hAnsi="Aptos"/>
          <w:lang w:val="pl-PL"/>
        </w:rPr>
      </w:pPr>
      <w:r w:rsidRPr="004963B7">
        <w:rPr>
          <w:rFonts w:ascii="Aptos" w:hAnsi="Aptos"/>
          <w:lang w:val="pl-PL"/>
        </w:rPr>
        <w:t>8. Następnie Sprzedawca przesyła informację o przyjęciu zamówienia do realizacji. Z chwilą otrzymania tej informacji przez Klienta zostaje zawarta Umowa sprzedaży.</w:t>
      </w:r>
    </w:p>
    <w:p w14:paraId="21C88D22" w14:textId="77777777" w:rsidR="00CA6140" w:rsidRPr="004963B7" w:rsidRDefault="00000000">
      <w:pPr>
        <w:jc w:val="both"/>
        <w:rPr>
          <w:rFonts w:ascii="Aptos" w:hAnsi="Aptos"/>
          <w:lang w:val="pl-PL"/>
        </w:rPr>
      </w:pPr>
      <w:r w:rsidRPr="004963B7">
        <w:rPr>
          <w:rFonts w:ascii="Aptos" w:hAnsi="Aptos"/>
          <w:lang w:val="pl-PL"/>
        </w:rPr>
        <w:t>9. Po zawarciu Umowy sprzedaży Sprzedawca potwierdza Klientowi jej warunki na Trwałym nośniku: na adres e-mail Klienta lub pisemnie na wskazany adres.</w:t>
      </w:r>
    </w:p>
    <w:p w14:paraId="25DB1EAE" w14:textId="77777777" w:rsidR="00CA6140" w:rsidRPr="004963B7" w:rsidRDefault="00CA6140">
      <w:pPr>
        <w:rPr>
          <w:rFonts w:ascii="Aptos" w:hAnsi="Aptos"/>
          <w:lang w:val="pl-PL"/>
        </w:rPr>
      </w:pPr>
    </w:p>
    <w:p w14:paraId="6234BE11" w14:textId="77777777" w:rsidR="00CA6140" w:rsidRPr="004963B7" w:rsidRDefault="00000000">
      <w:pPr>
        <w:rPr>
          <w:rFonts w:ascii="Aptos" w:hAnsi="Aptos"/>
          <w:lang w:val="pl-PL"/>
        </w:rPr>
      </w:pPr>
      <w:r w:rsidRPr="004963B7">
        <w:rPr>
          <w:rFonts w:ascii="Aptos" w:hAnsi="Aptos"/>
          <w:b/>
          <w:sz w:val="26"/>
          <w:lang w:val="pl-PL"/>
        </w:rPr>
        <w:t>§ 5. Płatności</w:t>
      </w:r>
    </w:p>
    <w:p w14:paraId="1C6C8F9C" w14:textId="77777777" w:rsidR="00CA6140" w:rsidRPr="004963B7" w:rsidRDefault="00000000">
      <w:pPr>
        <w:jc w:val="both"/>
        <w:rPr>
          <w:rFonts w:ascii="Aptos" w:hAnsi="Aptos"/>
          <w:lang w:val="pl-PL"/>
        </w:rPr>
      </w:pPr>
      <w:r w:rsidRPr="004963B7">
        <w:rPr>
          <w:rFonts w:ascii="Aptos" w:hAnsi="Aptos"/>
          <w:lang w:val="pl-PL"/>
        </w:rPr>
        <w:t>1. Ceny na Stronie Internetowej Sklepu zamieszczone przy Towarze są cenami brutto i nie zawierają kosztów Dostawy oraz innych kosztów, o których Klient zostanie poinformowany przy wyborze Dostawy i składaniu zamówienia.</w:t>
      </w:r>
    </w:p>
    <w:p w14:paraId="0BCE09B3" w14:textId="77777777" w:rsidR="00CA6140" w:rsidRPr="004963B7" w:rsidRDefault="00000000">
      <w:pPr>
        <w:jc w:val="both"/>
        <w:rPr>
          <w:rFonts w:ascii="Aptos" w:hAnsi="Aptos"/>
          <w:lang w:val="pl-PL"/>
        </w:rPr>
      </w:pPr>
      <w:r w:rsidRPr="004963B7">
        <w:rPr>
          <w:rFonts w:ascii="Aptos" w:hAnsi="Aptos"/>
          <w:lang w:val="pl-PL"/>
        </w:rPr>
        <w:t>2. Klient może wybrać następujące formy płatności:</w:t>
      </w:r>
    </w:p>
    <w:p w14:paraId="7A56CA14" w14:textId="77777777" w:rsidR="00CA6140" w:rsidRPr="004963B7" w:rsidRDefault="00000000">
      <w:pPr>
        <w:jc w:val="both"/>
        <w:rPr>
          <w:rFonts w:ascii="Aptos" w:hAnsi="Aptos"/>
          <w:lang w:val="pl-PL"/>
        </w:rPr>
      </w:pPr>
      <w:r w:rsidRPr="004963B7">
        <w:rPr>
          <w:rFonts w:ascii="Aptos" w:hAnsi="Aptos"/>
          <w:lang w:val="pl-PL"/>
        </w:rPr>
        <w:t>a) przelew bankowy na rachunek Sprzedawcy (realizacja po potwierdzeniu przyjęcia zamówienia i po zaksięgowaniu wpłaty);</w:t>
      </w:r>
    </w:p>
    <w:p w14:paraId="6E9347FD" w14:textId="77777777" w:rsidR="00CA6140" w:rsidRPr="004963B7" w:rsidRDefault="00000000">
      <w:pPr>
        <w:jc w:val="both"/>
        <w:rPr>
          <w:rFonts w:ascii="Aptos" w:hAnsi="Aptos"/>
          <w:lang w:val="pl-PL"/>
        </w:rPr>
      </w:pPr>
      <w:r w:rsidRPr="004963B7">
        <w:rPr>
          <w:rFonts w:ascii="Aptos" w:hAnsi="Aptos"/>
          <w:lang w:val="pl-PL"/>
        </w:rPr>
        <w:t>b) przelew bankowy na rachunek Sprzedawcy z opcją Odbioru osobistego na Plantacji (realizacja po potwierdzeniu przyjęcia zamówienia; wydanie po zaksięgowaniu wpłaty);</w:t>
      </w:r>
    </w:p>
    <w:p w14:paraId="233DB650" w14:textId="051E0F49" w:rsidR="00CA6140" w:rsidRPr="004963B7" w:rsidRDefault="00000000">
      <w:pPr>
        <w:jc w:val="both"/>
        <w:rPr>
          <w:rFonts w:ascii="Aptos" w:hAnsi="Aptos"/>
          <w:lang w:val="pl-PL"/>
        </w:rPr>
      </w:pPr>
      <w:r w:rsidRPr="004963B7">
        <w:rPr>
          <w:rFonts w:ascii="Aptos" w:hAnsi="Aptos"/>
          <w:lang w:val="pl-PL"/>
        </w:rPr>
        <w:t xml:space="preserve">c) przelew bankowy </w:t>
      </w:r>
      <w:r w:rsidR="004963B7" w:rsidRPr="004963B7">
        <w:rPr>
          <w:rFonts w:ascii="Aptos" w:hAnsi="Aptos"/>
          <w:lang w:val="pl-PL"/>
        </w:rPr>
        <w:t xml:space="preserve">BLIK </w:t>
      </w:r>
      <w:r w:rsidRPr="004963B7">
        <w:rPr>
          <w:rFonts w:ascii="Aptos" w:hAnsi="Aptos"/>
          <w:lang w:val="pl-PL"/>
        </w:rPr>
        <w:t xml:space="preserve">poprzez zewnętrzny system płatności </w:t>
      </w:r>
      <w:proofErr w:type="spellStart"/>
      <w:r w:rsidR="00442B01">
        <w:rPr>
          <w:rFonts w:ascii="Aptos" w:hAnsi="Aptos"/>
          <w:lang w:val="pl-PL"/>
        </w:rPr>
        <w:t>Autopay</w:t>
      </w:r>
      <w:proofErr w:type="spellEnd"/>
      <w:r w:rsidRPr="004963B7">
        <w:rPr>
          <w:rFonts w:ascii="Aptos" w:hAnsi="Aptos"/>
          <w:lang w:val="pl-PL"/>
        </w:rPr>
        <w:t xml:space="preserve">, obsługiwany przez </w:t>
      </w:r>
      <w:proofErr w:type="spellStart"/>
      <w:r w:rsidR="00442B01">
        <w:rPr>
          <w:rFonts w:ascii="Aptos" w:hAnsi="Aptos"/>
          <w:lang w:val="pl-PL"/>
        </w:rPr>
        <w:t>Autopay</w:t>
      </w:r>
      <w:proofErr w:type="spellEnd"/>
      <w:r w:rsidRPr="004963B7">
        <w:rPr>
          <w:rFonts w:ascii="Aptos" w:hAnsi="Aptos"/>
          <w:lang w:val="pl-PL"/>
        </w:rPr>
        <w:t xml:space="preserve"> S.A. z siedzibą w </w:t>
      </w:r>
      <w:r w:rsidR="00442B01">
        <w:rPr>
          <w:rFonts w:ascii="Aptos" w:hAnsi="Aptos"/>
          <w:lang w:val="pl-PL"/>
        </w:rPr>
        <w:t>Sopocie</w:t>
      </w:r>
      <w:r w:rsidRPr="004963B7">
        <w:rPr>
          <w:rFonts w:ascii="Aptos" w:hAnsi="Aptos"/>
          <w:lang w:val="pl-PL"/>
        </w:rPr>
        <w:t xml:space="preserve"> (realizacja po potwierdzeniu zamówienia i otrzymaniu informacji o pozytywnym zakończeniu płatności);</w:t>
      </w:r>
    </w:p>
    <w:p w14:paraId="1187E937" w14:textId="2E19E4D0" w:rsidR="00CA6140" w:rsidRPr="004963B7" w:rsidRDefault="00000000">
      <w:pPr>
        <w:jc w:val="both"/>
        <w:rPr>
          <w:rFonts w:ascii="Aptos" w:hAnsi="Aptos"/>
          <w:lang w:val="pl-PL"/>
        </w:rPr>
      </w:pPr>
      <w:r w:rsidRPr="004963B7">
        <w:rPr>
          <w:rFonts w:ascii="Aptos" w:hAnsi="Aptos"/>
          <w:lang w:val="pl-PL"/>
        </w:rPr>
        <w:lastRenderedPageBreak/>
        <w:t xml:space="preserve">d) gotówką za pobraniem – płatność u </w:t>
      </w:r>
      <w:r w:rsidR="004963B7" w:rsidRPr="004963B7">
        <w:rPr>
          <w:rFonts w:ascii="Aptos" w:hAnsi="Aptos"/>
          <w:lang w:val="pl-PL"/>
        </w:rPr>
        <w:t xml:space="preserve">Sprzedawcy lub </w:t>
      </w:r>
      <w:r w:rsidRPr="004963B7">
        <w:rPr>
          <w:rFonts w:ascii="Aptos" w:hAnsi="Aptos"/>
          <w:lang w:val="pl-PL"/>
        </w:rPr>
        <w:t>Dostawcy przy Dostawie (realizacja po potwierdzeniu przyjęcia zamówienia).</w:t>
      </w:r>
    </w:p>
    <w:p w14:paraId="260AA7C4" w14:textId="77777777" w:rsidR="00CA6140" w:rsidRPr="004963B7" w:rsidRDefault="00000000">
      <w:pPr>
        <w:jc w:val="both"/>
        <w:rPr>
          <w:rFonts w:ascii="Aptos" w:hAnsi="Aptos"/>
          <w:lang w:val="pl-PL"/>
        </w:rPr>
      </w:pPr>
      <w:r w:rsidRPr="004963B7">
        <w:rPr>
          <w:rFonts w:ascii="Aptos" w:hAnsi="Aptos"/>
          <w:lang w:val="pl-PL"/>
        </w:rPr>
        <w:t>3. Klient powinien dokonać płatności w terminie 7 Dni roboczych, jeżeli wybrał formę przedpłaty.</w:t>
      </w:r>
    </w:p>
    <w:p w14:paraId="01D2DA4E" w14:textId="77777777" w:rsidR="00CA6140" w:rsidRPr="004963B7" w:rsidRDefault="00000000">
      <w:pPr>
        <w:jc w:val="both"/>
        <w:rPr>
          <w:rFonts w:ascii="Aptos" w:hAnsi="Aptos"/>
          <w:lang w:val="pl-PL"/>
        </w:rPr>
      </w:pPr>
      <w:r w:rsidRPr="004963B7">
        <w:rPr>
          <w:rFonts w:ascii="Aptos" w:hAnsi="Aptos"/>
          <w:lang w:val="pl-PL"/>
        </w:rPr>
        <w:t>4. W razie braku płatności w terminie, o którym mowa w ust. 3, Sprzedawca wyznacza dodatkowy termin i informuje o nim na Trwałym nośniku. W przypadku bezskutecznego upływu tego terminu Sprzedawca odstąpi od Umowy sprzedaży (art. 491 Kodeksu cywilnego), przesyłając oświadczenie na Trwałym nośniku.</w:t>
      </w:r>
    </w:p>
    <w:p w14:paraId="110D9C7C" w14:textId="77777777" w:rsidR="00CA6140" w:rsidRPr="004963B7" w:rsidRDefault="00CA6140">
      <w:pPr>
        <w:rPr>
          <w:rFonts w:ascii="Aptos" w:hAnsi="Aptos"/>
          <w:lang w:val="pl-PL"/>
        </w:rPr>
      </w:pPr>
    </w:p>
    <w:p w14:paraId="5238F2BA" w14:textId="77777777" w:rsidR="00CA6140" w:rsidRPr="004963B7" w:rsidRDefault="00000000">
      <w:pPr>
        <w:rPr>
          <w:rFonts w:ascii="Aptos" w:hAnsi="Aptos"/>
          <w:lang w:val="pl-PL"/>
        </w:rPr>
      </w:pPr>
      <w:r w:rsidRPr="004963B7">
        <w:rPr>
          <w:rFonts w:ascii="Aptos" w:hAnsi="Aptos"/>
          <w:b/>
          <w:sz w:val="26"/>
          <w:lang w:val="pl-PL"/>
        </w:rPr>
        <w:t>§ 6. Dostawa</w:t>
      </w:r>
    </w:p>
    <w:p w14:paraId="6DC4A475" w14:textId="77777777" w:rsidR="00CA6140" w:rsidRPr="004963B7" w:rsidRDefault="00000000">
      <w:pPr>
        <w:jc w:val="both"/>
        <w:rPr>
          <w:rFonts w:ascii="Aptos" w:hAnsi="Aptos"/>
          <w:lang w:val="pl-PL"/>
        </w:rPr>
      </w:pPr>
      <w:r w:rsidRPr="004963B7">
        <w:rPr>
          <w:rFonts w:ascii="Aptos" w:hAnsi="Aptos"/>
          <w:lang w:val="pl-PL"/>
        </w:rPr>
        <w:t>1. Sprzedawca realizuje Dostawę na terenie miasta Szczecin oraz powiatu polickiego.</w:t>
      </w:r>
    </w:p>
    <w:p w14:paraId="2BE60302" w14:textId="77777777" w:rsidR="00CA6140" w:rsidRPr="004963B7" w:rsidRDefault="00000000">
      <w:pPr>
        <w:jc w:val="both"/>
        <w:rPr>
          <w:rFonts w:ascii="Aptos" w:hAnsi="Aptos"/>
          <w:lang w:val="pl-PL"/>
        </w:rPr>
      </w:pPr>
      <w:r w:rsidRPr="004963B7">
        <w:rPr>
          <w:rFonts w:ascii="Aptos" w:hAnsi="Aptos"/>
          <w:lang w:val="pl-PL"/>
        </w:rPr>
        <w:t>2. Sprzedawca jest zobowiązany dostarczyć Towar zgodny z Umową sprzedaży.</w:t>
      </w:r>
    </w:p>
    <w:p w14:paraId="320E29C9" w14:textId="77777777" w:rsidR="00CA6140" w:rsidRPr="004963B7" w:rsidRDefault="00000000">
      <w:pPr>
        <w:jc w:val="both"/>
        <w:rPr>
          <w:rFonts w:ascii="Aptos" w:hAnsi="Aptos"/>
          <w:lang w:val="pl-PL"/>
        </w:rPr>
      </w:pPr>
      <w:r w:rsidRPr="004963B7">
        <w:rPr>
          <w:rFonts w:ascii="Aptos" w:hAnsi="Aptos"/>
          <w:lang w:val="pl-PL"/>
        </w:rPr>
        <w:t>3. Sprzedawca zamieszcza na Stronie Internetowej Sklepu informację o liczbie Dni roboczych potrzebnych do Dostawy i realizacji zamówienia.</w:t>
      </w:r>
    </w:p>
    <w:p w14:paraId="6465D77D" w14:textId="238C7624" w:rsidR="00CA6140" w:rsidRPr="004963B7" w:rsidRDefault="00000000">
      <w:pPr>
        <w:jc w:val="both"/>
        <w:rPr>
          <w:rFonts w:ascii="Aptos" w:hAnsi="Aptos"/>
          <w:lang w:val="pl-PL"/>
        </w:rPr>
      </w:pPr>
      <w:r w:rsidRPr="004963B7">
        <w:rPr>
          <w:rFonts w:ascii="Aptos" w:hAnsi="Aptos"/>
          <w:lang w:val="pl-PL"/>
        </w:rPr>
        <w:t xml:space="preserve">4. Termin Dostawy i realizacji zamówienia liczony jest w Dniach roboczych zgodnie z § 5 ust. </w:t>
      </w:r>
      <w:r w:rsidR="004963B7" w:rsidRPr="004963B7">
        <w:rPr>
          <w:rFonts w:ascii="Aptos" w:hAnsi="Aptos"/>
          <w:lang w:val="pl-PL"/>
        </w:rPr>
        <w:t>2</w:t>
      </w:r>
      <w:r w:rsidRPr="004963B7">
        <w:rPr>
          <w:rFonts w:ascii="Aptos" w:hAnsi="Aptos"/>
          <w:lang w:val="pl-PL"/>
        </w:rPr>
        <w:t xml:space="preserve"> Regulaminu.</w:t>
      </w:r>
    </w:p>
    <w:p w14:paraId="3208BD96" w14:textId="77777777" w:rsidR="00CA6140" w:rsidRPr="004963B7" w:rsidRDefault="00000000">
      <w:pPr>
        <w:jc w:val="both"/>
        <w:rPr>
          <w:rFonts w:ascii="Aptos" w:hAnsi="Aptos"/>
          <w:lang w:val="pl-PL"/>
        </w:rPr>
      </w:pPr>
      <w:r w:rsidRPr="004963B7">
        <w:rPr>
          <w:rFonts w:ascii="Aptos" w:hAnsi="Aptos"/>
          <w:lang w:val="pl-PL"/>
        </w:rPr>
        <w:t>5. Towary są dostarczane przez Dostawcę na adres wskazany w formularzu zamówienia.</w:t>
      </w:r>
    </w:p>
    <w:p w14:paraId="145E01E8" w14:textId="77777777" w:rsidR="00CA6140" w:rsidRPr="004963B7" w:rsidRDefault="00000000">
      <w:pPr>
        <w:jc w:val="both"/>
        <w:rPr>
          <w:rFonts w:ascii="Aptos" w:hAnsi="Aptos"/>
          <w:lang w:val="pl-PL"/>
        </w:rPr>
      </w:pPr>
      <w:r w:rsidRPr="004963B7">
        <w:rPr>
          <w:rFonts w:ascii="Aptos" w:hAnsi="Aptos"/>
          <w:lang w:val="pl-PL"/>
        </w:rPr>
        <w:t>6. W dniu wysłania Towaru do Klienta (jeśli nie wybrano Odbioru osobistego) przesyłana jest informacja e-mail o nadaniu przesyłki.</w:t>
      </w:r>
    </w:p>
    <w:p w14:paraId="757BCFA9" w14:textId="77777777" w:rsidR="00CA6140" w:rsidRPr="004963B7" w:rsidRDefault="00000000">
      <w:pPr>
        <w:jc w:val="both"/>
        <w:rPr>
          <w:rFonts w:ascii="Aptos" w:hAnsi="Aptos"/>
          <w:lang w:val="pl-PL"/>
        </w:rPr>
      </w:pPr>
      <w:r w:rsidRPr="004963B7">
        <w:rPr>
          <w:rFonts w:ascii="Aptos" w:hAnsi="Aptos"/>
          <w:lang w:val="pl-PL"/>
        </w:rPr>
        <w:t>7. Klient powinien zbadać przesyłkę w czasie i w sposób przyjęty dla przesyłek danego rodzaju. W razie ubytku lub uszkodzenia Klient ma prawo żądać sporządzenia protokołu przez pracownika Dostawcy.</w:t>
      </w:r>
    </w:p>
    <w:p w14:paraId="29DA70F2" w14:textId="77777777" w:rsidR="00CA6140" w:rsidRPr="004963B7" w:rsidRDefault="00000000">
      <w:pPr>
        <w:jc w:val="both"/>
        <w:rPr>
          <w:rFonts w:ascii="Aptos" w:hAnsi="Aptos"/>
          <w:lang w:val="pl-PL"/>
        </w:rPr>
      </w:pPr>
      <w:r w:rsidRPr="004963B7">
        <w:rPr>
          <w:rFonts w:ascii="Aptos" w:hAnsi="Aptos"/>
          <w:lang w:val="pl-PL"/>
        </w:rPr>
        <w:t>8. Klient może dokonać Odbioru osobistego na Plantacji w Dni robocze oraz weekendy, w godzinach otwarcia wskazanych na Stronie Internetowej Sklepu, po wcześniejszym ustaleniu terminu telefonicznie.</w:t>
      </w:r>
    </w:p>
    <w:p w14:paraId="3C2BB2A1" w14:textId="77777777" w:rsidR="00CA6140" w:rsidRPr="004963B7" w:rsidRDefault="00000000">
      <w:pPr>
        <w:jc w:val="both"/>
        <w:rPr>
          <w:rFonts w:ascii="Aptos" w:hAnsi="Aptos"/>
          <w:lang w:val="pl-PL"/>
        </w:rPr>
      </w:pPr>
      <w:r w:rsidRPr="004963B7">
        <w:rPr>
          <w:rFonts w:ascii="Aptos" w:hAnsi="Aptos"/>
          <w:lang w:val="pl-PL"/>
        </w:rPr>
        <w:t>9. W przypadku nieobecności Klienta pod adresem Dostawy, Dostawca podejmie próbę kontaktu telefonicznego celem ustalenia terminu doręczenia. W przypadku zwrotu Towaru do Sklepu Internetowego Sprzedawca skontaktuje się z Klientem elektronicznie lub telefonicznie celem ustalenia ponownego terminu i kosztu Dostawy.</w:t>
      </w:r>
    </w:p>
    <w:p w14:paraId="24CD4392" w14:textId="77777777" w:rsidR="004963B7" w:rsidRPr="004963B7" w:rsidRDefault="004963B7" w:rsidP="004963B7">
      <w:pPr>
        <w:jc w:val="both"/>
        <w:rPr>
          <w:rFonts w:ascii="Aptos" w:hAnsi="Aptos"/>
          <w:lang w:val="pl-PL"/>
        </w:rPr>
      </w:pPr>
      <w:r w:rsidRPr="004963B7">
        <w:rPr>
          <w:rFonts w:ascii="Aptos" w:hAnsi="Aptos"/>
          <w:lang w:val="pl-PL"/>
        </w:rPr>
        <w:lastRenderedPageBreak/>
        <w:t>10. Towary oferowane w Sklepie stanowią świeże owoce zbierane w dniu Dostawy. Z uwagi na charakter produkcji rolnej, realizacja Dostawy może ulec przesunięciu z przyczyn niezależnych od Sprzedawcy, w szczególności w razie wystąpienia niekorzystnych warunków atmosferycznych uniemożliwiających zbiór Towaru lub bezpieczną realizację Dostawy (np. intensywne opady, burze, silny wiatr, oblodzenie).</w:t>
      </w:r>
    </w:p>
    <w:p w14:paraId="71A5FBD9" w14:textId="77777777" w:rsidR="004963B7" w:rsidRPr="004963B7" w:rsidRDefault="004963B7" w:rsidP="004963B7">
      <w:pPr>
        <w:jc w:val="both"/>
        <w:rPr>
          <w:rFonts w:ascii="Aptos" w:hAnsi="Aptos"/>
          <w:lang w:val="pl-PL"/>
        </w:rPr>
      </w:pPr>
      <w:r w:rsidRPr="004963B7">
        <w:rPr>
          <w:rFonts w:ascii="Aptos" w:hAnsi="Aptos"/>
          <w:lang w:val="pl-PL"/>
        </w:rPr>
        <w:t>11. W przypadku, o którym mowa w ust. 10, Sprzedawca niezwłocznie poinformuje Klienta (telefonicznie lub e-mail) o przesunięciu Dostawy oraz zaproponuje nowy termin Dostawy albo Odbioru osobistego.</w:t>
      </w:r>
    </w:p>
    <w:p w14:paraId="4DB98B8F" w14:textId="07BB9C70" w:rsidR="004963B7" w:rsidRPr="004963B7" w:rsidRDefault="004963B7" w:rsidP="004963B7">
      <w:pPr>
        <w:jc w:val="both"/>
        <w:rPr>
          <w:rFonts w:ascii="Aptos" w:hAnsi="Aptos"/>
          <w:lang w:val="pl-PL"/>
        </w:rPr>
      </w:pPr>
      <w:r w:rsidRPr="004963B7">
        <w:rPr>
          <w:rFonts w:ascii="Aptos" w:hAnsi="Aptos"/>
          <w:lang w:val="pl-PL"/>
        </w:rPr>
        <w:t>12. Jeżeli Klient nie zaakceptuje zaproponowanego nowego terminu, może zrezygnować z Zamówienia w całości lub w części niezrealizowanej, a Sprzedawca zwróci Klientowi otrzymane płatności dotyczące niezrealizowanej części Zamówienia niezwłocznie, nie później niż w terminie 14 dni od dnia złożenia oświadczenia o rezygnacji.</w:t>
      </w:r>
    </w:p>
    <w:p w14:paraId="7370A599" w14:textId="77777777" w:rsidR="00CA6140" w:rsidRPr="004963B7" w:rsidRDefault="00CA6140">
      <w:pPr>
        <w:rPr>
          <w:rFonts w:ascii="Aptos" w:hAnsi="Aptos"/>
          <w:lang w:val="pl-PL"/>
        </w:rPr>
      </w:pPr>
    </w:p>
    <w:p w14:paraId="438DD9FD" w14:textId="77777777" w:rsidR="00CA6140" w:rsidRPr="004963B7" w:rsidRDefault="00000000">
      <w:pPr>
        <w:rPr>
          <w:rFonts w:ascii="Aptos" w:hAnsi="Aptos"/>
          <w:lang w:val="pl-PL"/>
        </w:rPr>
      </w:pPr>
      <w:r w:rsidRPr="004963B7">
        <w:rPr>
          <w:rFonts w:ascii="Aptos" w:hAnsi="Aptos"/>
          <w:b/>
          <w:sz w:val="26"/>
          <w:lang w:val="pl-PL"/>
        </w:rPr>
        <w:t>§ 7. Prawo odstąpienia od umowy</w:t>
      </w:r>
    </w:p>
    <w:p w14:paraId="33F09F0B" w14:textId="77777777" w:rsidR="00CA6140" w:rsidRPr="004963B7" w:rsidRDefault="00000000">
      <w:pPr>
        <w:jc w:val="both"/>
        <w:rPr>
          <w:rFonts w:ascii="Aptos" w:hAnsi="Aptos"/>
          <w:lang w:val="pl-PL"/>
        </w:rPr>
      </w:pPr>
      <w:r w:rsidRPr="004963B7">
        <w:rPr>
          <w:rFonts w:ascii="Aptos" w:hAnsi="Aptos"/>
          <w:lang w:val="pl-PL"/>
        </w:rPr>
        <w:t>1. Klient będący Konsumentem oraz Klient będący Przedsiębiorcą na prawach Konsumenta ma prawo odstąpić od Umowy sprzedaży w ciągu 14 dni od objęcia Towaru w posiadanie, bez podawania przyczyny. Prawo to nie przysługuje w przypadkach wskazanych w § 8, w tym co do zasady przy sprzedaży Towaru świeżego (borówki amerykańskiej), jako produktu szybko psującego się.</w:t>
      </w:r>
    </w:p>
    <w:p w14:paraId="3112448F" w14:textId="77777777" w:rsidR="00CA6140" w:rsidRPr="004963B7" w:rsidRDefault="00000000">
      <w:pPr>
        <w:jc w:val="both"/>
        <w:rPr>
          <w:rFonts w:ascii="Aptos" w:hAnsi="Aptos"/>
          <w:lang w:val="pl-PL"/>
        </w:rPr>
      </w:pPr>
      <w:r w:rsidRPr="004963B7">
        <w:rPr>
          <w:rFonts w:ascii="Aptos" w:hAnsi="Aptos"/>
          <w:lang w:val="pl-PL"/>
        </w:rPr>
        <w:t>2. Bieg terminu na odstąpienie rozpoczyna się od chwili objęcia Towaru w posiadanie przez Konsumenta lub Przedsiębiorcę na prawach Konsumenta albo wskazaną przez nich osobę trzecią inną niż przewoźnik.</w:t>
      </w:r>
    </w:p>
    <w:p w14:paraId="24DCFA71" w14:textId="77777777" w:rsidR="00CA6140" w:rsidRPr="004963B7" w:rsidRDefault="00000000">
      <w:pPr>
        <w:jc w:val="both"/>
        <w:rPr>
          <w:rFonts w:ascii="Aptos" w:hAnsi="Aptos"/>
          <w:lang w:val="pl-PL"/>
        </w:rPr>
      </w:pPr>
      <w:r w:rsidRPr="004963B7">
        <w:rPr>
          <w:rFonts w:ascii="Aptos" w:hAnsi="Aptos"/>
          <w:lang w:val="pl-PL"/>
        </w:rPr>
        <w:t>3. Odstąpienie następuje przez złożenie Sprzedawcy oświadczenia (np. e-mail lub pismo). Oświadczenie może zostać przesłane na adres e-mail: borowka@borowkaszczecin.pl lub pisemnie na adres: Gospodarstwo Rolne Mateusz Wdowiak, ul. Piaskowa 5c/7, 72-010 Police.</w:t>
      </w:r>
    </w:p>
    <w:p w14:paraId="4C808862" w14:textId="77777777" w:rsidR="00CA6140" w:rsidRPr="004963B7" w:rsidRDefault="00000000">
      <w:pPr>
        <w:jc w:val="both"/>
        <w:rPr>
          <w:rFonts w:ascii="Aptos" w:hAnsi="Aptos"/>
          <w:lang w:val="pl-PL"/>
        </w:rPr>
      </w:pPr>
      <w:r w:rsidRPr="004963B7">
        <w:rPr>
          <w:rFonts w:ascii="Aptos" w:hAnsi="Aptos"/>
          <w:lang w:val="pl-PL"/>
        </w:rPr>
        <w:t>4. Klient ma obowiązek zwrócić Towar niezwłocznie, nie później niż w terminie 14 dni od dnia odstąpienia. Do zachowania terminu wystarczy odesłanie Towaru przed jego upływem.</w:t>
      </w:r>
    </w:p>
    <w:p w14:paraId="79FCEE71" w14:textId="77777777" w:rsidR="00CA6140" w:rsidRPr="004963B7" w:rsidRDefault="00000000">
      <w:pPr>
        <w:jc w:val="both"/>
        <w:rPr>
          <w:rFonts w:ascii="Aptos" w:hAnsi="Aptos"/>
          <w:lang w:val="pl-PL"/>
        </w:rPr>
      </w:pPr>
      <w:r w:rsidRPr="004963B7">
        <w:rPr>
          <w:rFonts w:ascii="Aptos" w:hAnsi="Aptos"/>
          <w:lang w:val="pl-PL"/>
        </w:rPr>
        <w:t>5. Klient ponosi bezpośrednie koszty zwrotu.</w:t>
      </w:r>
    </w:p>
    <w:p w14:paraId="775452E5" w14:textId="77777777" w:rsidR="00CA6140" w:rsidRPr="004963B7" w:rsidRDefault="00000000">
      <w:pPr>
        <w:jc w:val="both"/>
        <w:rPr>
          <w:rFonts w:ascii="Aptos" w:hAnsi="Aptos"/>
          <w:lang w:val="pl-PL"/>
        </w:rPr>
      </w:pPr>
      <w:r w:rsidRPr="004963B7">
        <w:rPr>
          <w:rFonts w:ascii="Aptos" w:hAnsi="Aptos"/>
          <w:lang w:val="pl-PL"/>
        </w:rPr>
        <w:lastRenderedPageBreak/>
        <w:t>6. Klient odpowiada za zmniejszenie wartości Towaru wynikające z korzystania z niego w sposób wykraczający poza konieczny do stwierdzenia charakteru, cech i funkcjonowania Towaru.</w:t>
      </w:r>
    </w:p>
    <w:p w14:paraId="78FCFFF8" w14:textId="77777777" w:rsidR="00CA6140" w:rsidRPr="004963B7" w:rsidRDefault="00000000">
      <w:pPr>
        <w:jc w:val="both"/>
        <w:rPr>
          <w:rFonts w:ascii="Aptos" w:hAnsi="Aptos"/>
          <w:lang w:val="pl-PL"/>
        </w:rPr>
      </w:pPr>
      <w:r w:rsidRPr="004963B7">
        <w:rPr>
          <w:rFonts w:ascii="Aptos" w:hAnsi="Aptos"/>
          <w:lang w:val="pl-PL"/>
        </w:rPr>
        <w:t>7. Sprzedawca zwraca wszystkie otrzymane płatności (w tym koszty dostarczenia) nie później niż w terminie 14 dni od otrzymania oświadczenia o odstąpieniu. Zwrot następuje w ten sam sposób, chyba że Klient zgodził się na inny. Jeżeli Klient wybrał droższy sposób dostawy niż najtańszy zwykły, Sprzedawca nie zwraca różnicy. Sprzedawca może wstrzymać zwrot do chwili otrzymania Towaru lub dostarczenia dowodu jego odesłania.</w:t>
      </w:r>
    </w:p>
    <w:p w14:paraId="1CF4B2C6" w14:textId="77777777" w:rsidR="00CA6140" w:rsidRPr="004963B7" w:rsidRDefault="00CA6140">
      <w:pPr>
        <w:rPr>
          <w:rFonts w:ascii="Aptos" w:hAnsi="Aptos"/>
          <w:lang w:val="pl-PL"/>
        </w:rPr>
      </w:pPr>
    </w:p>
    <w:p w14:paraId="727B1C22" w14:textId="77777777" w:rsidR="00CA6140" w:rsidRPr="004963B7" w:rsidRDefault="00000000">
      <w:pPr>
        <w:rPr>
          <w:rFonts w:ascii="Aptos" w:hAnsi="Aptos"/>
          <w:lang w:val="pl-PL"/>
        </w:rPr>
      </w:pPr>
      <w:r w:rsidRPr="004963B7">
        <w:rPr>
          <w:rFonts w:ascii="Aptos" w:hAnsi="Aptos"/>
          <w:b/>
          <w:sz w:val="26"/>
          <w:lang w:val="pl-PL"/>
        </w:rPr>
        <w:t>§ 8. Wyłączenie prawa odstąpienia od umowy</w:t>
      </w:r>
    </w:p>
    <w:p w14:paraId="77F34C1E" w14:textId="77777777" w:rsidR="00CA6140" w:rsidRPr="004963B7" w:rsidRDefault="00000000">
      <w:pPr>
        <w:jc w:val="both"/>
        <w:rPr>
          <w:rFonts w:ascii="Aptos" w:hAnsi="Aptos"/>
          <w:lang w:val="pl-PL"/>
        </w:rPr>
      </w:pPr>
      <w:r w:rsidRPr="004963B7">
        <w:rPr>
          <w:rFonts w:ascii="Aptos" w:hAnsi="Aptos"/>
          <w:lang w:val="pl-PL"/>
        </w:rPr>
        <w:t>1. Zgodnie z art. 38 ustawy z dnia 30 maja 2014 r. o prawach konsumenta prawo odstąpienia nie przysługuje w odniesieniu do:</w:t>
      </w:r>
    </w:p>
    <w:p w14:paraId="4BBC2032" w14:textId="77777777" w:rsidR="00CA6140" w:rsidRPr="004963B7" w:rsidRDefault="00000000">
      <w:pPr>
        <w:jc w:val="both"/>
        <w:rPr>
          <w:rFonts w:ascii="Aptos" w:hAnsi="Aptos"/>
          <w:lang w:val="pl-PL"/>
        </w:rPr>
      </w:pPr>
      <w:r w:rsidRPr="004963B7">
        <w:rPr>
          <w:rFonts w:ascii="Aptos" w:hAnsi="Aptos"/>
          <w:lang w:val="pl-PL"/>
        </w:rPr>
        <w:t>a) produktów ulegających szybkiemu zepsuciu lub mających krótki termin przydatności do użycia, w szczególności świeżych owoców, warzyw oraz innych produktów rolnych sprzedawanych jako świeże, w tym Towaru świeżego (np. borówki amerykańskiej);</w:t>
      </w:r>
    </w:p>
    <w:p w14:paraId="0B2BFD67" w14:textId="77777777" w:rsidR="00CA6140" w:rsidRPr="004963B7" w:rsidRDefault="00000000">
      <w:pPr>
        <w:jc w:val="both"/>
        <w:rPr>
          <w:rFonts w:ascii="Aptos" w:hAnsi="Aptos"/>
          <w:lang w:val="pl-PL"/>
        </w:rPr>
      </w:pPr>
      <w:r w:rsidRPr="004963B7">
        <w:rPr>
          <w:rFonts w:ascii="Aptos" w:hAnsi="Aptos"/>
          <w:lang w:val="pl-PL"/>
        </w:rPr>
        <w:t>b) produktów dostarczanych w zapieczętowanym opakowaniu, których po otwarciu nie można zwrócić ze względu na ochronę zdrowia lub higienę, jeżeli opakowanie zostało otwarte po dostarczeniu;</w:t>
      </w:r>
    </w:p>
    <w:p w14:paraId="31A506BA" w14:textId="77777777" w:rsidR="00CA6140" w:rsidRPr="004963B7" w:rsidRDefault="00000000">
      <w:pPr>
        <w:jc w:val="both"/>
        <w:rPr>
          <w:rFonts w:ascii="Aptos" w:hAnsi="Aptos"/>
          <w:lang w:val="pl-PL"/>
        </w:rPr>
      </w:pPr>
      <w:r w:rsidRPr="004963B7">
        <w:rPr>
          <w:rFonts w:ascii="Aptos" w:hAnsi="Aptos"/>
          <w:lang w:val="pl-PL"/>
        </w:rPr>
        <w:t>c) produktów nieprefabrykowanych, wyprodukowanych według specyfikacji Konsumenta lub służących zaspokojeniu jego zindywidualizowanych potrzeb.</w:t>
      </w:r>
    </w:p>
    <w:p w14:paraId="22FFCACA" w14:textId="77777777" w:rsidR="00CA6140" w:rsidRPr="004963B7" w:rsidRDefault="00000000">
      <w:pPr>
        <w:jc w:val="both"/>
        <w:rPr>
          <w:rFonts w:ascii="Aptos" w:hAnsi="Aptos"/>
          <w:lang w:val="pl-PL"/>
        </w:rPr>
      </w:pPr>
      <w:r w:rsidRPr="004963B7">
        <w:rPr>
          <w:rFonts w:ascii="Aptos" w:hAnsi="Aptos"/>
          <w:lang w:val="pl-PL"/>
        </w:rPr>
        <w:t>2. Powyższe wyłączenie nie ogranicza prawa do złożenia reklamacji w przypadku stwierdzenia niezgodności Towaru z umową.</w:t>
      </w:r>
    </w:p>
    <w:p w14:paraId="4A136A38" w14:textId="77777777" w:rsidR="00CA6140" w:rsidRPr="004963B7" w:rsidRDefault="00CA6140">
      <w:pPr>
        <w:rPr>
          <w:rFonts w:ascii="Aptos" w:hAnsi="Aptos"/>
          <w:lang w:val="pl-PL"/>
        </w:rPr>
      </w:pPr>
    </w:p>
    <w:p w14:paraId="65DEC114" w14:textId="77777777" w:rsidR="00CA6140" w:rsidRPr="004963B7" w:rsidRDefault="00000000">
      <w:pPr>
        <w:rPr>
          <w:rFonts w:ascii="Aptos" w:hAnsi="Aptos"/>
          <w:lang w:val="pl-PL"/>
        </w:rPr>
      </w:pPr>
      <w:r w:rsidRPr="004963B7">
        <w:rPr>
          <w:rFonts w:ascii="Aptos" w:hAnsi="Aptos"/>
          <w:b/>
          <w:sz w:val="26"/>
          <w:lang w:val="pl-PL"/>
        </w:rPr>
        <w:t>§ 9. Reklamacje i odpowiedzialność za zgodność Towaru z umową</w:t>
      </w:r>
    </w:p>
    <w:p w14:paraId="2DA21B32" w14:textId="77777777" w:rsidR="00CA6140" w:rsidRPr="004963B7" w:rsidRDefault="00000000">
      <w:pPr>
        <w:jc w:val="both"/>
        <w:rPr>
          <w:rFonts w:ascii="Aptos" w:hAnsi="Aptos"/>
          <w:lang w:val="pl-PL"/>
        </w:rPr>
      </w:pPr>
      <w:r w:rsidRPr="004963B7">
        <w:rPr>
          <w:rFonts w:ascii="Aptos" w:hAnsi="Aptos"/>
          <w:lang w:val="pl-PL"/>
        </w:rPr>
        <w:t>1. W przypadku Umów z Konsumentami oraz Przedsiębiorcami na prawach Konsumenta Sprzedawca ponosi odpowiedzialność za brak zgodności Towaru z umową na zasadach określonych w ustawie o prawach konsumenta (art. 43a i nast.). W przypadku Umów z Klientami niebędącymi Konsumentami ani Przedsiębiorcami na prawach Konsumenta wyłącza się odpowiedzialność Sprzedawcy z tytułu rękojmi w najszerszym dopuszczalnym zakresie (art. 558 § 1 Kodeksu cywilnego), z wyjątkiem podstępnego zatajenia wady.</w:t>
      </w:r>
    </w:p>
    <w:p w14:paraId="3EFA1B77" w14:textId="77777777" w:rsidR="00CA6140" w:rsidRPr="004963B7" w:rsidRDefault="00000000">
      <w:pPr>
        <w:jc w:val="both"/>
        <w:rPr>
          <w:rFonts w:ascii="Aptos" w:hAnsi="Aptos"/>
          <w:lang w:val="pl-PL"/>
        </w:rPr>
      </w:pPr>
      <w:r w:rsidRPr="004963B7">
        <w:rPr>
          <w:rFonts w:ascii="Aptos" w:hAnsi="Aptos"/>
          <w:lang w:val="pl-PL"/>
        </w:rPr>
        <w:lastRenderedPageBreak/>
        <w:t>2. Klient powinien sprawdzić przesyłkę i Towar niezwłocznie po odbiorze. Ze względu na świeży charakter Towaru Sprzedawca prosi o zgłaszanie zastrzeżeń możliwie jak najszybciej, najlepiej w ciągu 24 godzin od odbioru (zalecenie to nie ogranicza uprawnień ustawowych).</w:t>
      </w:r>
    </w:p>
    <w:p w14:paraId="1BFC76F4" w14:textId="77777777" w:rsidR="00CA6140" w:rsidRPr="004963B7" w:rsidRDefault="00000000">
      <w:pPr>
        <w:jc w:val="both"/>
        <w:rPr>
          <w:rFonts w:ascii="Aptos" w:hAnsi="Aptos"/>
          <w:lang w:val="pl-PL"/>
        </w:rPr>
      </w:pPr>
      <w:r w:rsidRPr="004963B7">
        <w:rPr>
          <w:rFonts w:ascii="Aptos" w:hAnsi="Aptos"/>
          <w:lang w:val="pl-PL"/>
        </w:rPr>
        <w:t>3. W zgłoszeniu reklamacyjnym Klient powinien podać dane pozwalające zidentyfikować zamówienie, opisać wady oraz – jeżeli to możliwe – załączyć zdjęcia (Towaru, opakowania, etykiety). Reklamację można złożyć na adres e-mail: borowka@borowkaszczecin.pl oraz osobiście w siedzibie Sprzedawcy po wcześniejszym kontakcie telefonicznym pod numerem +48 790 278 445.</w:t>
      </w:r>
    </w:p>
    <w:p w14:paraId="3F6C367F" w14:textId="77777777" w:rsidR="00CA6140" w:rsidRPr="004963B7" w:rsidRDefault="00000000">
      <w:pPr>
        <w:jc w:val="both"/>
        <w:rPr>
          <w:rFonts w:ascii="Aptos" w:hAnsi="Aptos"/>
          <w:lang w:val="pl-PL"/>
        </w:rPr>
      </w:pPr>
      <w:r w:rsidRPr="004963B7">
        <w:rPr>
          <w:rFonts w:ascii="Aptos" w:hAnsi="Aptos"/>
          <w:lang w:val="pl-PL"/>
        </w:rPr>
        <w:t>4. Sprzedawca udzieli odpowiedzi na reklamację Konsumenta w terminie 14 dni od jej otrzymania.</w:t>
      </w:r>
    </w:p>
    <w:p w14:paraId="35738765" w14:textId="77777777" w:rsidR="00CA6140" w:rsidRPr="004963B7" w:rsidRDefault="00000000">
      <w:pPr>
        <w:jc w:val="both"/>
        <w:rPr>
          <w:rFonts w:ascii="Aptos" w:hAnsi="Aptos"/>
          <w:lang w:val="pl-PL"/>
        </w:rPr>
      </w:pPr>
      <w:r w:rsidRPr="004963B7">
        <w:rPr>
          <w:rFonts w:ascii="Aptos" w:hAnsi="Aptos"/>
          <w:lang w:val="pl-PL"/>
        </w:rPr>
        <w:t>5. Towar świeży (borówka amerykańska) jest produktem świeżym. Zmiany wynikające z naturalnych procesów po dostarczeniu (np. dalsze dojrzewanie, zmiana jędrności/koloru, obsychanie) mogą występować i same w sobie nie przesądzają o niezgodności Towaru z umową. Reklamacje rozpatrywane są indywidualnie, z uwzględnieniem stanu Towaru w chwili dostarczenia oraz sposobu przechowywania przez Klienta.</w:t>
      </w:r>
    </w:p>
    <w:p w14:paraId="2C1DFEB1" w14:textId="77777777" w:rsidR="00CA6140" w:rsidRPr="004963B7" w:rsidRDefault="00000000">
      <w:pPr>
        <w:jc w:val="both"/>
        <w:rPr>
          <w:rFonts w:ascii="Aptos" w:hAnsi="Aptos"/>
          <w:lang w:val="pl-PL"/>
        </w:rPr>
      </w:pPr>
      <w:r w:rsidRPr="004963B7">
        <w:rPr>
          <w:rFonts w:ascii="Aptos" w:hAnsi="Aptos"/>
          <w:lang w:val="pl-PL"/>
        </w:rPr>
        <w:t>6. Koszty odesłania reklamowanego Towaru ponosi Sprzedawca wyłącznie w przypadku uznania reklamacji; w pozostałych przypadkach koszty ponosi Klient.</w:t>
      </w:r>
    </w:p>
    <w:p w14:paraId="15C08D57" w14:textId="77777777" w:rsidR="00CA6140" w:rsidRPr="004963B7" w:rsidRDefault="00000000">
      <w:pPr>
        <w:jc w:val="both"/>
        <w:rPr>
          <w:rFonts w:ascii="Aptos" w:hAnsi="Aptos"/>
          <w:lang w:val="pl-PL"/>
        </w:rPr>
      </w:pPr>
      <w:r w:rsidRPr="004963B7">
        <w:rPr>
          <w:rFonts w:ascii="Aptos" w:hAnsi="Aptos"/>
          <w:lang w:val="pl-PL"/>
        </w:rPr>
        <w:t>7. Reklamacje dotyczące działania Sklepu należy kierować na adres e-mail: borowka@borowkaszczecin.pl.</w:t>
      </w:r>
    </w:p>
    <w:p w14:paraId="16FB0F8F" w14:textId="77777777" w:rsidR="00CA6140" w:rsidRPr="004963B7" w:rsidRDefault="00CA6140">
      <w:pPr>
        <w:rPr>
          <w:rFonts w:ascii="Aptos" w:hAnsi="Aptos"/>
          <w:lang w:val="pl-PL"/>
        </w:rPr>
      </w:pPr>
    </w:p>
    <w:p w14:paraId="3890A955" w14:textId="77777777" w:rsidR="00CA6140" w:rsidRPr="004963B7" w:rsidRDefault="00000000">
      <w:pPr>
        <w:rPr>
          <w:rFonts w:ascii="Aptos" w:hAnsi="Aptos"/>
          <w:lang w:val="pl-PL"/>
        </w:rPr>
      </w:pPr>
      <w:r w:rsidRPr="004963B7">
        <w:rPr>
          <w:rFonts w:ascii="Aptos" w:hAnsi="Aptos"/>
          <w:b/>
          <w:sz w:val="26"/>
          <w:lang w:val="pl-PL"/>
        </w:rPr>
        <w:t>§ 10. Rozstrzyganie sporów</w:t>
      </w:r>
    </w:p>
    <w:p w14:paraId="20BCE731" w14:textId="77777777" w:rsidR="00CA6140" w:rsidRPr="004963B7" w:rsidRDefault="00000000">
      <w:pPr>
        <w:jc w:val="both"/>
        <w:rPr>
          <w:rFonts w:ascii="Aptos" w:hAnsi="Aptos"/>
          <w:lang w:val="pl-PL"/>
        </w:rPr>
      </w:pPr>
      <w:r w:rsidRPr="004963B7">
        <w:rPr>
          <w:rFonts w:ascii="Aptos" w:hAnsi="Aptos"/>
          <w:lang w:val="pl-PL"/>
        </w:rPr>
        <w:t>1. Z zastrzeżeniem poniższych postanowień, spory związane ze Sklepem Internetowym i Towarami będą rozstrzygane przez właściwe sądy powszechne. W relacjach z podmiotami niebędącymi Konsumentami sądem właściwym jest sąd właściwy rzeczowo w Szczecinie (Polska).</w:t>
      </w:r>
    </w:p>
    <w:p w14:paraId="09FDF6F4" w14:textId="77777777" w:rsidR="00CA6140" w:rsidRPr="004963B7" w:rsidRDefault="00000000">
      <w:pPr>
        <w:jc w:val="both"/>
        <w:rPr>
          <w:rFonts w:ascii="Aptos" w:hAnsi="Aptos"/>
          <w:lang w:val="pl-PL"/>
        </w:rPr>
      </w:pPr>
      <w:r w:rsidRPr="004963B7">
        <w:rPr>
          <w:rFonts w:ascii="Aptos" w:hAnsi="Aptos"/>
          <w:lang w:val="pl-PL"/>
        </w:rPr>
        <w:t>2. Konsument ma prawo skorzystać z pozasądowych sposobów rozwiązywania sporów. Informacje dostępne są u rzeczników konsumentów, organizacji konsumenckich, Inspekcji Handlowej oraz na stronach UOKiK:</w:t>
      </w:r>
    </w:p>
    <w:p w14:paraId="6EF7B24C" w14:textId="77777777" w:rsidR="00CA6140" w:rsidRPr="004963B7" w:rsidRDefault="00000000">
      <w:pPr>
        <w:jc w:val="both"/>
        <w:rPr>
          <w:rFonts w:ascii="Aptos" w:hAnsi="Aptos"/>
          <w:lang w:val="pl-PL"/>
        </w:rPr>
      </w:pPr>
      <w:r w:rsidRPr="004963B7">
        <w:rPr>
          <w:rFonts w:ascii="Aptos" w:hAnsi="Aptos"/>
          <w:lang w:val="pl-PL"/>
        </w:rPr>
        <w:t xml:space="preserve">   a) https://uokik.gov.pl/spory_konsumenckie.php</w:t>
      </w:r>
    </w:p>
    <w:p w14:paraId="2F800EA3" w14:textId="77777777" w:rsidR="00CA6140" w:rsidRPr="004963B7" w:rsidRDefault="00000000">
      <w:pPr>
        <w:jc w:val="both"/>
        <w:rPr>
          <w:rFonts w:ascii="Aptos" w:hAnsi="Aptos"/>
          <w:lang w:val="pl-PL"/>
        </w:rPr>
      </w:pPr>
      <w:r w:rsidRPr="004963B7">
        <w:rPr>
          <w:rFonts w:ascii="Aptos" w:hAnsi="Aptos"/>
          <w:lang w:val="pl-PL"/>
        </w:rPr>
        <w:t xml:space="preserve">   b) https://polubowne.uokik.gov.pl/rejestr,5,pl.html</w:t>
      </w:r>
    </w:p>
    <w:p w14:paraId="5EBE54CF" w14:textId="77777777" w:rsidR="00CA6140" w:rsidRPr="004963B7" w:rsidRDefault="00000000">
      <w:pPr>
        <w:jc w:val="both"/>
        <w:rPr>
          <w:rFonts w:ascii="Aptos" w:hAnsi="Aptos"/>
          <w:lang w:val="pl-PL"/>
        </w:rPr>
      </w:pPr>
      <w:r w:rsidRPr="004963B7">
        <w:rPr>
          <w:rFonts w:ascii="Aptos" w:hAnsi="Aptos"/>
          <w:lang w:val="pl-PL"/>
        </w:rPr>
        <w:lastRenderedPageBreak/>
        <w:t>3. W UOKiK działa Punkt Kontaktowy udzielający informacji o polubownych postępowaniach konsumenckich: Pl. Powstańców Warszawy 1, 00-950 Warszawa, tel. 22 55 60 332, 22 55 60 333, e-mail: kontakt.adr@uokik.gov.pl.</w:t>
      </w:r>
    </w:p>
    <w:p w14:paraId="46C881FC" w14:textId="77777777" w:rsidR="00CA6140" w:rsidRPr="004963B7" w:rsidRDefault="00CA6140">
      <w:pPr>
        <w:rPr>
          <w:rFonts w:ascii="Aptos" w:hAnsi="Aptos"/>
          <w:lang w:val="pl-PL"/>
        </w:rPr>
      </w:pPr>
    </w:p>
    <w:p w14:paraId="152F72E5" w14:textId="77777777" w:rsidR="00CA6140" w:rsidRPr="004963B7" w:rsidRDefault="00000000">
      <w:pPr>
        <w:rPr>
          <w:rFonts w:ascii="Aptos" w:hAnsi="Aptos"/>
          <w:lang w:val="pl-PL"/>
        </w:rPr>
      </w:pPr>
      <w:r w:rsidRPr="004963B7">
        <w:rPr>
          <w:rFonts w:ascii="Aptos" w:hAnsi="Aptos"/>
          <w:b/>
          <w:sz w:val="26"/>
          <w:lang w:val="pl-PL"/>
        </w:rPr>
        <w:t>§ 11. Usługi nieodpłatne</w:t>
      </w:r>
    </w:p>
    <w:p w14:paraId="58578691" w14:textId="77777777" w:rsidR="00CA6140" w:rsidRPr="004963B7" w:rsidRDefault="00000000">
      <w:pPr>
        <w:jc w:val="both"/>
        <w:rPr>
          <w:rFonts w:ascii="Aptos" w:hAnsi="Aptos"/>
          <w:lang w:val="pl-PL"/>
        </w:rPr>
      </w:pPr>
      <w:r w:rsidRPr="004963B7">
        <w:rPr>
          <w:rFonts w:ascii="Aptos" w:hAnsi="Aptos"/>
          <w:lang w:val="pl-PL"/>
        </w:rPr>
        <w:t>1. Sprzedawca świadczy drogą elektroniczną następujące usługi nieodpłatne:</w:t>
      </w:r>
    </w:p>
    <w:p w14:paraId="30D25E8A" w14:textId="77777777" w:rsidR="00CA6140" w:rsidRPr="004963B7" w:rsidRDefault="00000000">
      <w:pPr>
        <w:jc w:val="both"/>
        <w:rPr>
          <w:rFonts w:ascii="Aptos" w:hAnsi="Aptos"/>
          <w:lang w:val="pl-PL"/>
        </w:rPr>
      </w:pPr>
      <w:r w:rsidRPr="004963B7">
        <w:rPr>
          <w:rFonts w:ascii="Aptos" w:hAnsi="Aptos"/>
          <w:lang w:val="pl-PL"/>
        </w:rPr>
        <w:t>a) Formularz kontaktowy;</w:t>
      </w:r>
    </w:p>
    <w:p w14:paraId="1181A343" w14:textId="77777777" w:rsidR="00CA6140" w:rsidRPr="004963B7" w:rsidRDefault="00000000">
      <w:pPr>
        <w:jc w:val="both"/>
        <w:rPr>
          <w:rFonts w:ascii="Aptos" w:hAnsi="Aptos"/>
          <w:lang w:val="pl-PL"/>
        </w:rPr>
      </w:pPr>
      <w:r w:rsidRPr="004963B7">
        <w:rPr>
          <w:rFonts w:ascii="Aptos" w:hAnsi="Aptos"/>
          <w:lang w:val="pl-PL"/>
        </w:rPr>
        <w:t>b) Newsletter;</w:t>
      </w:r>
    </w:p>
    <w:p w14:paraId="3560EDA0" w14:textId="77777777" w:rsidR="00CA6140" w:rsidRPr="004963B7" w:rsidRDefault="00000000">
      <w:pPr>
        <w:jc w:val="both"/>
        <w:rPr>
          <w:rFonts w:ascii="Aptos" w:hAnsi="Aptos"/>
          <w:lang w:val="pl-PL"/>
        </w:rPr>
      </w:pPr>
      <w:r w:rsidRPr="004963B7">
        <w:rPr>
          <w:rFonts w:ascii="Aptos" w:hAnsi="Aptos"/>
          <w:lang w:val="pl-PL"/>
        </w:rPr>
        <w:t>c) Prowadzenie Konta Klienta;</w:t>
      </w:r>
    </w:p>
    <w:p w14:paraId="6288D403" w14:textId="77777777" w:rsidR="00CA6140" w:rsidRPr="004963B7" w:rsidRDefault="00000000">
      <w:pPr>
        <w:jc w:val="both"/>
        <w:rPr>
          <w:rFonts w:ascii="Aptos" w:hAnsi="Aptos"/>
          <w:lang w:val="pl-PL"/>
        </w:rPr>
      </w:pPr>
      <w:r w:rsidRPr="004963B7">
        <w:rPr>
          <w:rFonts w:ascii="Aptos" w:hAnsi="Aptos"/>
          <w:lang w:val="pl-PL"/>
        </w:rPr>
        <w:t>d) Zamieszczanie opinii.</w:t>
      </w:r>
    </w:p>
    <w:p w14:paraId="363A5C78" w14:textId="77777777" w:rsidR="00CA6140" w:rsidRPr="004963B7" w:rsidRDefault="00000000">
      <w:pPr>
        <w:jc w:val="both"/>
        <w:rPr>
          <w:rFonts w:ascii="Aptos" w:hAnsi="Aptos"/>
          <w:lang w:val="pl-PL"/>
        </w:rPr>
      </w:pPr>
      <w:r w:rsidRPr="004963B7">
        <w:rPr>
          <w:rFonts w:ascii="Aptos" w:hAnsi="Aptos"/>
          <w:lang w:val="pl-PL"/>
        </w:rPr>
        <w:t>2. Usługi wskazane w ust. 1 świadczone są 7 dni w tygodniu, 24 godziny na dobę.</w:t>
      </w:r>
    </w:p>
    <w:p w14:paraId="77FA3837" w14:textId="77777777" w:rsidR="00CA6140" w:rsidRPr="004963B7" w:rsidRDefault="00000000">
      <w:pPr>
        <w:jc w:val="both"/>
        <w:rPr>
          <w:rFonts w:ascii="Aptos" w:hAnsi="Aptos"/>
          <w:lang w:val="pl-PL"/>
        </w:rPr>
      </w:pPr>
      <w:r w:rsidRPr="004963B7">
        <w:rPr>
          <w:rFonts w:ascii="Aptos" w:hAnsi="Aptos"/>
          <w:lang w:val="pl-PL"/>
        </w:rPr>
        <w:t>3. Sprzedawca zastrzega możliwość wyboru i zmiany rodzaju, form, czasu oraz sposobu udzielania dostępu do wybranych usług, o czym poinformuje Klientów w sposób właściwy dla zmiany Regulaminu.</w:t>
      </w:r>
    </w:p>
    <w:p w14:paraId="554B80E7" w14:textId="77777777" w:rsidR="00CA6140" w:rsidRPr="004963B7" w:rsidRDefault="00000000">
      <w:pPr>
        <w:jc w:val="both"/>
        <w:rPr>
          <w:rFonts w:ascii="Aptos" w:hAnsi="Aptos"/>
          <w:lang w:val="pl-PL"/>
        </w:rPr>
      </w:pPr>
      <w:r w:rsidRPr="004963B7">
        <w:rPr>
          <w:rFonts w:ascii="Aptos" w:hAnsi="Aptos"/>
          <w:lang w:val="pl-PL"/>
        </w:rPr>
        <w:t>4. Formularz kontaktowy polega na wysłaniu przez Klienta wiadomości do Sprzedawcy za pomocą formularza na Stronie Internetowej Sklepu.</w:t>
      </w:r>
    </w:p>
    <w:p w14:paraId="4C9CFF8D" w14:textId="77777777" w:rsidR="00CA6140" w:rsidRPr="004963B7" w:rsidRDefault="00000000">
      <w:pPr>
        <w:jc w:val="both"/>
        <w:rPr>
          <w:rFonts w:ascii="Aptos" w:hAnsi="Aptos"/>
          <w:lang w:val="pl-PL"/>
        </w:rPr>
      </w:pPr>
      <w:r w:rsidRPr="004963B7">
        <w:rPr>
          <w:rFonts w:ascii="Aptos" w:hAnsi="Aptos"/>
          <w:lang w:val="pl-PL"/>
        </w:rPr>
        <w:t>5. Rezygnacja z Formularza kontaktowego możliwa jest w każdej chwili i polega na zaprzestaniu wysyłania zapytań.</w:t>
      </w:r>
    </w:p>
    <w:p w14:paraId="3E0491B3" w14:textId="77777777" w:rsidR="00CA6140" w:rsidRPr="004963B7" w:rsidRDefault="00000000">
      <w:pPr>
        <w:jc w:val="both"/>
        <w:rPr>
          <w:rFonts w:ascii="Aptos" w:hAnsi="Aptos"/>
          <w:lang w:val="pl-PL"/>
        </w:rPr>
      </w:pPr>
      <w:r w:rsidRPr="004963B7">
        <w:rPr>
          <w:rFonts w:ascii="Aptos" w:hAnsi="Aptos"/>
          <w:lang w:val="pl-PL"/>
        </w:rPr>
        <w:t xml:space="preserve">6. Newsletter: Klient może skorzystać z </w:t>
      </w:r>
      <w:proofErr w:type="spellStart"/>
      <w:r w:rsidRPr="004963B7">
        <w:rPr>
          <w:rFonts w:ascii="Aptos" w:hAnsi="Aptos"/>
          <w:lang w:val="pl-PL"/>
        </w:rPr>
        <w:t>Newslettera</w:t>
      </w:r>
      <w:proofErr w:type="spellEnd"/>
      <w:r w:rsidRPr="004963B7">
        <w:rPr>
          <w:rFonts w:ascii="Aptos" w:hAnsi="Aptos"/>
          <w:lang w:val="pl-PL"/>
        </w:rPr>
        <w:t xml:space="preserve"> po podaniu adresu e-mail w formularzu. Po przesłaniu formularza Klient otrzymuje link aktywacyjny. Z chwilą aktywacji zostaje zawarta umowa o świadczenie usługi Newsletter. Klient może także zaznaczyć subskrypcję podczas Rejestracji.</w:t>
      </w:r>
    </w:p>
    <w:p w14:paraId="505652D3" w14:textId="77777777" w:rsidR="00CA6140" w:rsidRPr="004963B7" w:rsidRDefault="00000000">
      <w:pPr>
        <w:jc w:val="both"/>
        <w:rPr>
          <w:rFonts w:ascii="Aptos" w:hAnsi="Aptos"/>
          <w:lang w:val="pl-PL"/>
        </w:rPr>
      </w:pPr>
      <w:r w:rsidRPr="004963B7">
        <w:rPr>
          <w:rFonts w:ascii="Aptos" w:hAnsi="Aptos"/>
          <w:lang w:val="pl-PL"/>
        </w:rPr>
        <w:t>7. Newsletter polega na przesyłaniu informacji o nowych produktach lub usługach.</w:t>
      </w:r>
    </w:p>
    <w:p w14:paraId="1AB4377B" w14:textId="77777777" w:rsidR="00CA6140" w:rsidRPr="004963B7" w:rsidRDefault="00000000">
      <w:pPr>
        <w:jc w:val="both"/>
        <w:rPr>
          <w:rFonts w:ascii="Aptos" w:hAnsi="Aptos"/>
          <w:lang w:val="pl-PL"/>
        </w:rPr>
      </w:pPr>
      <w:r w:rsidRPr="004963B7">
        <w:rPr>
          <w:rFonts w:ascii="Aptos" w:hAnsi="Aptos"/>
          <w:lang w:val="pl-PL"/>
        </w:rPr>
        <w:t>8. Każdy Newsletter zawiera: informację o nadawcy, temat oraz informację o możliwości rezygnacji.</w:t>
      </w:r>
    </w:p>
    <w:p w14:paraId="0EC12076" w14:textId="77777777" w:rsidR="00CA6140" w:rsidRPr="004963B7" w:rsidRDefault="00000000">
      <w:pPr>
        <w:jc w:val="both"/>
        <w:rPr>
          <w:rFonts w:ascii="Aptos" w:hAnsi="Aptos"/>
          <w:lang w:val="pl-PL"/>
        </w:rPr>
      </w:pPr>
      <w:r w:rsidRPr="004963B7">
        <w:rPr>
          <w:rFonts w:ascii="Aptos" w:hAnsi="Aptos"/>
          <w:lang w:val="pl-PL"/>
        </w:rPr>
        <w:t xml:space="preserve">9. Rezygnacja z </w:t>
      </w:r>
      <w:proofErr w:type="spellStart"/>
      <w:r w:rsidRPr="004963B7">
        <w:rPr>
          <w:rFonts w:ascii="Aptos" w:hAnsi="Aptos"/>
          <w:lang w:val="pl-PL"/>
        </w:rPr>
        <w:t>Newslettera</w:t>
      </w:r>
      <w:proofErr w:type="spellEnd"/>
      <w:r w:rsidRPr="004963B7">
        <w:rPr>
          <w:rFonts w:ascii="Aptos" w:hAnsi="Aptos"/>
          <w:lang w:val="pl-PL"/>
        </w:rPr>
        <w:t xml:space="preserve"> możliwa jest w każdej chwili poprzez link w wiadomości lub zmianę ustawień w Koncie Klienta.</w:t>
      </w:r>
    </w:p>
    <w:p w14:paraId="2206F9E1" w14:textId="77777777" w:rsidR="00CA6140" w:rsidRPr="004963B7" w:rsidRDefault="00000000">
      <w:pPr>
        <w:jc w:val="both"/>
        <w:rPr>
          <w:rFonts w:ascii="Aptos" w:hAnsi="Aptos"/>
          <w:lang w:val="pl-PL"/>
        </w:rPr>
      </w:pPr>
      <w:r w:rsidRPr="004963B7">
        <w:rPr>
          <w:rFonts w:ascii="Aptos" w:hAnsi="Aptos"/>
          <w:lang w:val="pl-PL"/>
        </w:rPr>
        <w:t>10. Prowadzenie Konta Klienta polega na udostępnieniu panelu umożliwiającego modyfikację danych oraz śledzenie realizacji i historii zamówień.</w:t>
      </w:r>
    </w:p>
    <w:p w14:paraId="00ACEA42" w14:textId="77777777" w:rsidR="00CA6140" w:rsidRPr="004963B7" w:rsidRDefault="00000000">
      <w:pPr>
        <w:jc w:val="both"/>
        <w:rPr>
          <w:rFonts w:ascii="Aptos" w:hAnsi="Aptos"/>
          <w:lang w:val="pl-PL"/>
        </w:rPr>
      </w:pPr>
      <w:r w:rsidRPr="004963B7">
        <w:rPr>
          <w:rFonts w:ascii="Aptos" w:hAnsi="Aptos"/>
          <w:lang w:val="pl-PL"/>
        </w:rPr>
        <w:lastRenderedPageBreak/>
        <w:t>11. Klient może zgłosić żądanie usunięcia Konta Klienta; usunięcie może nastąpić do 14 dni od zgłoszenia.</w:t>
      </w:r>
    </w:p>
    <w:p w14:paraId="04A39E54" w14:textId="77777777" w:rsidR="00CA6140" w:rsidRPr="004963B7" w:rsidRDefault="00000000">
      <w:pPr>
        <w:jc w:val="both"/>
        <w:rPr>
          <w:rFonts w:ascii="Aptos" w:hAnsi="Aptos"/>
          <w:lang w:val="pl-PL"/>
        </w:rPr>
      </w:pPr>
      <w:r w:rsidRPr="004963B7">
        <w:rPr>
          <w:rFonts w:ascii="Aptos" w:hAnsi="Aptos"/>
          <w:lang w:val="pl-PL"/>
        </w:rPr>
        <w:t>12. Zamieszczanie opinii polega na umożliwieniu publikacji wypowiedzi dotyczących Towarów.</w:t>
      </w:r>
    </w:p>
    <w:p w14:paraId="13FDA069" w14:textId="77777777" w:rsidR="00CA6140" w:rsidRPr="004963B7" w:rsidRDefault="00000000">
      <w:pPr>
        <w:jc w:val="both"/>
        <w:rPr>
          <w:rFonts w:ascii="Aptos" w:hAnsi="Aptos"/>
          <w:lang w:val="pl-PL"/>
        </w:rPr>
      </w:pPr>
      <w:r w:rsidRPr="004963B7">
        <w:rPr>
          <w:rFonts w:ascii="Aptos" w:hAnsi="Aptos"/>
          <w:lang w:val="pl-PL"/>
        </w:rPr>
        <w:t>13. Rezygnacja z Zamieszczania opinii możliwa jest w każdej chwili poprzez zaprzestanie publikacji.</w:t>
      </w:r>
    </w:p>
    <w:p w14:paraId="03FF9B5A" w14:textId="77777777" w:rsidR="00CA6140" w:rsidRPr="004963B7" w:rsidRDefault="00000000">
      <w:pPr>
        <w:jc w:val="both"/>
        <w:rPr>
          <w:rFonts w:ascii="Aptos" w:hAnsi="Aptos"/>
          <w:lang w:val="pl-PL"/>
        </w:rPr>
      </w:pPr>
      <w:r w:rsidRPr="004963B7">
        <w:rPr>
          <w:rFonts w:ascii="Aptos" w:hAnsi="Aptos"/>
          <w:lang w:val="pl-PL"/>
        </w:rPr>
        <w:t>14. Sprzedawca może zablokować dostęp do Konta Klienta i usług nieodpłatnych w przypadku działań na szkodę Sprzedawcy lub innych Klientów, naruszenia prawa lub Regulaminu, albo ze względów bezpieczeństwa (np. próby przełamania zabezpieczeń). Klient zostanie o tym poinformowany e-mailem.</w:t>
      </w:r>
    </w:p>
    <w:p w14:paraId="7FF77431" w14:textId="77777777" w:rsidR="00CA6140" w:rsidRPr="004963B7" w:rsidRDefault="00CA6140">
      <w:pPr>
        <w:rPr>
          <w:rFonts w:ascii="Aptos" w:hAnsi="Aptos"/>
          <w:lang w:val="pl-PL"/>
        </w:rPr>
      </w:pPr>
    </w:p>
    <w:p w14:paraId="53316F9A" w14:textId="77777777" w:rsidR="00CA6140" w:rsidRPr="004963B7" w:rsidRDefault="00000000">
      <w:pPr>
        <w:rPr>
          <w:rFonts w:ascii="Aptos" w:hAnsi="Aptos"/>
          <w:lang w:val="pl-PL"/>
        </w:rPr>
      </w:pPr>
      <w:r w:rsidRPr="004963B7">
        <w:rPr>
          <w:rFonts w:ascii="Aptos" w:hAnsi="Aptos"/>
          <w:b/>
          <w:sz w:val="26"/>
          <w:lang w:val="pl-PL"/>
        </w:rPr>
        <w:t>§ 12. Odpowiedzialność Klienta w zakresie zamieszczanych przez niego treści</w:t>
      </w:r>
    </w:p>
    <w:p w14:paraId="2A93497A" w14:textId="77777777" w:rsidR="00CA6140" w:rsidRPr="004963B7" w:rsidRDefault="00000000">
      <w:pPr>
        <w:jc w:val="both"/>
        <w:rPr>
          <w:rFonts w:ascii="Aptos" w:hAnsi="Aptos"/>
          <w:lang w:val="pl-PL"/>
        </w:rPr>
      </w:pPr>
      <w:r w:rsidRPr="004963B7">
        <w:rPr>
          <w:rFonts w:ascii="Aptos" w:hAnsi="Aptos"/>
          <w:lang w:val="pl-PL"/>
        </w:rPr>
        <w:t>1. Zamieszczając treści, Klient rozpowszechnia je dobrowolnie. Treści nie wyrażają poglądów Sprzedawcy i nie powinny być utożsamiane z jego działalnością. Sprzedawca nie jest dostawcą treści, a jedynie zapewnia zasoby teleinformatyczne.</w:t>
      </w:r>
    </w:p>
    <w:p w14:paraId="6F76A1B0" w14:textId="77777777" w:rsidR="00CA6140" w:rsidRPr="004963B7" w:rsidRDefault="00000000">
      <w:pPr>
        <w:jc w:val="both"/>
        <w:rPr>
          <w:rFonts w:ascii="Aptos" w:hAnsi="Aptos"/>
          <w:lang w:val="pl-PL"/>
        </w:rPr>
      </w:pPr>
      <w:r w:rsidRPr="004963B7">
        <w:rPr>
          <w:rFonts w:ascii="Aptos" w:hAnsi="Aptos"/>
          <w:lang w:val="pl-PL"/>
        </w:rPr>
        <w:t>2. Klient oświadcza, że:</w:t>
      </w:r>
    </w:p>
    <w:p w14:paraId="3525CB02" w14:textId="77777777" w:rsidR="00CA6140" w:rsidRPr="004963B7" w:rsidRDefault="00000000">
      <w:pPr>
        <w:jc w:val="both"/>
        <w:rPr>
          <w:rFonts w:ascii="Aptos" w:hAnsi="Aptos"/>
          <w:lang w:val="pl-PL"/>
        </w:rPr>
      </w:pPr>
      <w:r w:rsidRPr="004963B7">
        <w:rPr>
          <w:rFonts w:ascii="Aptos" w:hAnsi="Aptos"/>
          <w:lang w:val="pl-PL"/>
        </w:rPr>
        <w:t>a) jest uprawniony do korzystania z praw autorskich/pokrewnych i praw własności przemysłowej do treści;</w:t>
      </w:r>
    </w:p>
    <w:p w14:paraId="05E9DF20" w14:textId="77777777" w:rsidR="00CA6140" w:rsidRPr="004963B7" w:rsidRDefault="00000000">
      <w:pPr>
        <w:jc w:val="both"/>
        <w:rPr>
          <w:rFonts w:ascii="Aptos" w:hAnsi="Aptos"/>
          <w:lang w:val="pl-PL"/>
        </w:rPr>
      </w:pPr>
      <w:r w:rsidRPr="004963B7">
        <w:rPr>
          <w:rFonts w:ascii="Aptos" w:hAnsi="Aptos"/>
          <w:lang w:val="pl-PL"/>
        </w:rPr>
        <w:t>b) umieszczenie danych osobowych, wizerunku lub informacji osób trzecich nastąpiło legalnie i za ich zgodą;</w:t>
      </w:r>
    </w:p>
    <w:p w14:paraId="78218877" w14:textId="77777777" w:rsidR="00CA6140" w:rsidRPr="004963B7" w:rsidRDefault="00000000">
      <w:pPr>
        <w:jc w:val="both"/>
        <w:rPr>
          <w:rFonts w:ascii="Aptos" w:hAnsi="Aptos"/>
          <w:lang w:val="pl-PL"/>
        </w:rPr>
      </w:pPr>
      <w:r w:rsidRPr="004963B7">
        <w:rPr>
          <w:rFonts w:ascii="Aptos" w:hAnsi="Aptos"/>
          <w:lang w:val="pl-PL"/>
        </w:rPr>
        <w:t>c) wyraża zgodę na wgląd do treści przez innych Klientów i Sprzedawcę oraz na ich nieodpłatne wykorzystanie zgodnie z Regulaminem;</w:t>
      </w:r>
    </w:p>
    <w:p w14:paraId="397D4620" w14:textId="77777777" w:rsidR="00CA6140" w:rsidRPr="004963B7" w:rsidRDefault="00000000">
      <w:pPr>
        <w:jc w:val="both"/>
        <w:rPr>
          <w:rFonts w:ascii="Aptos" w:hAnsi="Aptos"/>
          <w:lang w:val="pl-PL"/>
        </w:rPr>
      </w:pPr>
      <w:r w:rsidRPr="004963B7">
        <w:rPr>
          <w:rFonts w:ascii="Aptos" w:hAnsi="Aptos"/>
          <w:lang w:val="pl-PL"/>
        </w:rPr>
        <w:t>d) wyraża zgodę na opracowanie utworów w rozumieniu ustawy o prawie autorskim i prawach pokrewnych.</w:t>
      </w:r>
    </w:p>
    <w:p w14:paraId="15F80E12" w14:textId="77777777" w:rsidR="00CA6140" w:rsidRPr="004963B7" w:rsidRDefault="00000000">
      <w:pPr>
        <w:jc w:val="both"/>
        <w:rPr>
          <w:rFonts w:ascii="Aptos" w:hAnsi="Aptos"/>
          <w:lang w:val="pl-PL"/>
        </w:rPr>
      </w:pPr>
      <w:r w:rsidRPr="004963B7">
        <w:rPr>
          <w:rFonts w:ascii="Aptos" w:hAnsi="Aptos"/>
          <w:lang w:val="pl-PL"/>
        </w:rPr>
        <w:t>3. Klient nie jest uprawniony do:</w:t>
      </w:r>
    </w:p>
    <w:p w14:paraId="68409736" w14:textId="77777777" w:rsidR="00CA6140" w:rsidRPr="004963B7" w:rsidRDefault="00000000">
      <w:pPr>
        <w:jc w:val="both"/>
        <w:rPr>
          <w:rFonts w:ascii="Aptos" w:hAnsi="Aptos"/>
          <w:lang w:val="pl-PL"/>
        </w:rPr>
      </w:pPr>
      <w:r w:rsidRPr="004963B7">
        <w:rPr>
          <w:rFonts w:ascii="Aptos" w:hAnsi="Aptos"/>
          <w:lang w:val="pl-PL"/>
        </w:rPr>
        <w:t>a) zamieszczania danych osobowych lub wizerunku osób trzecich bez wymaganej zgody;</w:t>
      </w:r>
    </w:p>
    <w:p w14:paraId="10F5E82F" w14:textId="77777777" w:rsidR="00CA6140" w:rsidRPr="004963B7" w:rsidRDefault="00000000">
      <w:pPr>
        <w:jc w:val="both"/>
        <w:rPr>
          <w:rFonts w:ascii="Aptos" w:hAnsi="Aptos"/>
          <w:lang w:val="pl-PL"/>
        </w:rPr>
      </w:pPr>
      <w:r w:rsidRPr="004963B7">
        <w:rPr>
          <w:rFonts w:ascii="Aptos" w:hAnsi="Aptos"/>
          <w:lang w:val="pl-PL"/>
        </w:rPr>
        <w:t>b) zamieszczania treści reklamowych/promocyjnych.</w:t>
      </w:r>
    </w:p>
    <w:p w14:paraId="44D90653" w14:textId="77777777" w:rsidR="00CA6140" w:rsidRPr="004963B7" w:rsidRDefault="00000000">
      <w:pPr>
        <w:jc w:val="both"/>
        <w:rPr>
          <w:rFonts w:ascii="Aptos" w:hAnsi="Aptos"/>
          <w:lang w:val="pl-PL"/>
        </w:rPr>
      </w:pPr>
      <w:r w:rsidRPr="004963B7">
        <w:rPr>
          <w:rFonts w:ascii="Aptos" w:hAnsi="Aptos"/>
          <w:lang w:val="pl-PL"/>
        </w:rPr>
        <w:t>4. Sprzedawca ponosi odpowiedzialność za treści Klientów pod warunkiem otrzymania powiadomienia zgodnie z § 13.</w:t>
      </w:r>
    </w:p>
    <w:p w14:paraId="54D48148" w14:textId="77777777" w:rsidR="00CA6140" w:rsidRPr="004963B7" w:rsidRDefault="00000000">
      <w:pPr>
        <w:jc w:val="both"/>
        <w:rPr>
          <w:rFonts w:ascii="Aptos" w:hAnsi="Aptos"/>
          <w:lang w:val="pl-PL"/>
        </w:rPr>
      </w:pPr>
      <w:r w:rsidRPr="004963B7">
        <w:rPr>
          <w:rFonts w:ascii="Aptos" w:hAnsi="Aptos"/>
          <w:lang w:val="pl-PL"/>
        </w:rPr>
        <w:lastRenderedPageBreak/>
        <w:t>5. Zabronione jest zamieszczanie treści, które mogłyby:</w:t>
      </w:r>
    </w:p>
    <w:p w14:paraId="77708CE8" w14:textId="77777777" w:rsidR="00CA6140" w:rsidRPr="004963B7" w:rsidRDefault="00000000">
      <w:pPr>
        <w:jc w:val="both"/>
        <w:rPr>
          <w:rFonts w:ascii="Aptos" w:hAnsi="Aptos"/>
          <w:lang w:val="pl-PL"/>
        </w:rPr>
      </w:pPr>
      <w:r w:rsidRPr="004963B7">
        <w:rPr>
          <w:rFonts w:ascii="Aptos" w:hAnsi="Aptos"/>
          <w:lang w:val="pl-PL"/>
        </w:rPr>
        <w:t>a) być zamieszczane w złej wierze;</w:t>
      </w:r>
    </w:p>
    <w:p w14:paraId="33DA93BF" w14:textId="77777777" w:rsidR="00CA6140" w:rsidRPr="004963B7" w:rsidRDefault="00000000">
      <w:pPr>
        <w:jc w:val="both"/>
        <w:rPr>
          <w:rFonts w:ascii="Aptos" w:hAnsi="Aptos"/>
          <w:lang w:val="pl-PL"/>
        </w:rPr>
      </w:pPr>
      <w:r w:rsidRPr="004963B7">
        <w:rPr>
          <w:rFonts w:ascii="Aptos" w:hAnsi="Aptos"/>
          <w:lang w:val="pl-PL"/>
        </w:rPr>
        <w:t>b) naruszać prawa osób trzecich (w tym prawa autorskie, własność przemysłową, tajemnice);</w:t>
      </w:r>
    </w:p>
    <w:p w14:paraId="6362DCC7" w14:textId="77777777" w:rsidR="00CA6140" w:rsidRPr="004963B7" w:rsidRDefault="00000000">
      <w:pPr>
        <w:jc w:val="both"/>
        <w:rPr>
          <w:rFonts w:ascii="Aptos" w:hAnsi="Aptos"/>
          <w:lang w:val="pl-PL"/>
        </w:rPr>
      </w:pPr>
      <w:r w:rsidRPr="004963B7">
        <w:rPr>
          <w:rFonts w:ascii="Aptos" w:hAnsi="Aptos"/>
          <w:lang w:val="pl-PL"/>
        </w:rPr>
        <w:t>c) zawierać treści obraźliwe, groźby, wulgaryzmy;</w:t>
      </w:r>
    </w:p>
    <w:p w14:paraId="62BCA8B0" w14:textId="77777777" w:rsidR="00CA6140" w:rsidRPr="004963B7" w:rsidRDefault="00000000">
      <w:pPr>
        <w:jc w:val="both"/>
        <w:rPr>
          <w:rFonts w:ascii="Aptos" w:hAnsi="Aptos"/>
          <w:lang w:val="pl-PL"/>
        </w:rPr>
      </w:pPr>
      <w:r w:rsidRPr="004963B7">
        <w:rPr>
          <w:rFonts w:ascii="Aptos" w:hAnsi="Aptos"/>
          <w:lang w:val="pl-PL"/>
        </w:rPr>
        <w:t>d) być sprzeczne z interesem Sprzedawcy (reklamy innych firm, treści niezwiązane, wprowadzające w błąd);</w:t>
      </w:r>
    </w:p>
    <w:p w14:paraId="7AA06570" w14:textId="77777777" w:rsidR="00CA6140" w:rsidRPr="004963B7" w:rsidRDefault="00000000">
      <w:pPr>
        <w:jc w:val="both"/>
        <w:rPr>
          <w:rFonts w:ascii="Aptos" w:hAnsi="Aptos"/>
          <w:lang w:val="pl-PL"/>
        </w:rPr>
      </w:pPr>
      <w:r w:rsidRPr="004963B7">
        <w:rPr>
          <w:rFonts w:ascii="Aptos" w:hAnsi="Aptos"/>
          <w:lang w:val="pl-PL"/>
        </w:rPr>
        <w:t>e) naruszać Regulamin, dobre obyczaje, prawo lub normy społeczne.</w:t>
      </w:r>
    </w:p>
    <w:p w14:paraId="76608367" w14:textId="77777777" w:rsidR="00CA6140" w:rsidRPr="004963B7" w:rsidRDefault="00000000">
      <w:pPr>
        <w:jc w:val="both"/>
        <w:rPr>
          <w:rFonts w:ascii="Aptos" w:hAnsi="Aptos"/>
          <w:lang w:val="pl-PL"/>
        </w:rPr>
      </w:pPr>
      <w:r w:rsidRPr="004963B7">
        <w:rPr>
          <w:rFonts w:ascii="Aptos" w:hAnsi="Aptos"/>
          <w:lang w:val="pl-PL"/>
        </w:rPr>
        <w:t>6. Po otrzymaniu powiadomienia Sprzedawca może modyfikować lub usuwać treści, które mogą naruszać Regulamin lub prawo. Sprzedawca nie prowadzi bieżącej kontroli treści.</w:t>
      </w:r>
    </w:p>
    <w:p w14:paraId="6F9E0113" w14:textId="77777777" w:rsidR="00CA6140" w:rsidRPr="004963B7" w:rsidRDefault="00000000">
      <w:pPr>
        <w:jc w:val="both"/>
        <w:rPr>
          <w:rFonts w:ascii="Aptos" w:hAnsi="Aptos"/>
          <w:lang w:val="pl-PL"/>
        </w:rPr>
      </w:pPr>
      <w:r w:rsidRPr="004963B7">
        <w:rPr>
          <w:rFonts w:ascii="Aptos" w:hAnsi="Aptos"/>
          <w:lang w:val="pl-PL"/>
        </w:rPr>
        <w:t>7. Klient wyraża zgodę na nieodpłatne wykorzystywanie treści w ramach Strony Internetowej Sklepu.</w:t>
      </w:r>
    </w:p>
    <w:p w14:paraId="1B9C1D15" w14:textId="77777777" w:rsidR="00CA6140" w:rsidRPr="004963B7" w:rsidRDefault="00CA6140">
      <w:pPr>
        <w:rPr>
          <w:rFonts w:ascii="Aptos" w:hAnsi="Aptos"/>
          <w:lang w:val="pl-PL"/>
        </w:rPr>
      </w:pPr>
    </w:p>
    <w:p w14:paraId="4F1466C0" w14:textId="77777777" w:rsidR="00CA6140" w:rsidRPr="004963B7" w:rsidRDefault="00000000">
      <w:pPr>
        <w:rPr>
          <w:rFonts w:ascii="Aptos" w:hAnsi="Aptos"/>
          <w:lang w:val="pl-PL"/>
        </w:rPr>
      </w:pPr>
      <w:r w:rsidRPr="004963B7">
        <w:rPr>
          <w:rFonts w:ascii="Aptos" w:hAnsi="Aptos"/>
          <w:b/>
          <w:sz w:val="26"/>
          <w:lang w:val="pl-PL"/>
        </w:rPr>
        <w:t>§ 13. Zgłaszanie zagrożenia lub naruszenia praw</w:t>
      </w:r>
    </w:p>
    <w:p w14:paraId="5CB6AF76" w14:textId="77777777" w:rsidR="00CA6140" w:rsidRPr="004963B7" w:rsidRDefault="00000000">
      <w:pPr>
        <w:jc w:val="both"/>
        <w:rPr>
          <w:rFonts w:ascii="Aptos" w:hAnsi="Aptos"/>
          <w:lang w:val="pl-PL"/>
        </w:rPr>
      </w:pPr>
      <w:r w:rsidRPr="004963B7">
        <w:rPr>
          <w:rFonts w:ascii="Aptos" w:hAnsi="Aptos"/>
          <w:lang w:val="pl-PL"/>
        </w:rPr>
        <w:t>1. Jeśli Klient lub inna osoba uzna, że treści na Stronie Internetowej Sklepu naruszają ich prawa lub dobre obyczaje, mogą powiadomić Sprzedawcę o potencjalnym naruszeniu.</w:t>
      </w:r>
    </w:p>
    <w:p w14:paraId="6776284B" w14:textId="77777777" w:rsidR="00CA6140" w:rsidRPr="004963B7" w:rsidRDefault="00000000">
      <w:pPr>
        <w:jc w:val="both"/>
        <w:rPr>
          <w:rFonts w:ascii="Aptos" w:hAnsi="Aptos"/>
          <w:lang w:val="pl-PL"/>
        </w:rPr>
      </w:pPr>
      <w:r w:rsidRPr="004963B7">
        <w:rPr>
          <w:rFonts w:ascii="Aptos" w:hAnsi="Aptos"/>
          <w:lang w:val="pl-PL"/>
        </w:rPr>
        <w:t>2. Sprzedawca podejmie niezwłoczne działania w celu usunięcia treści będących przyczyną naruszenia.</w:t>
      </w:r>
    </w:p>
    <w:p w14:paraId="3AF4AAB3" w14:textId="77777777" w:rsidR="00CA6140" w:rsidRPr="004963B7" w:rsidRDefault="00CA6140">
      <w:pPr>
        <w:rPr>
          <w:rFonts w:ascii="Aptos" w:hAnsi="Aptos"/>
          <w:lang w:val="pl-PL"/>
        </w:rPr>
      </w:pPr>
    </w:p>
    <w:p w14:paraId="57456C9E" w14:textId="77777777" w:rsidR="00CA6140" w:rsidRPr="004963B7" w:rsidRDefault="00000000">
      <w:pPr>
        <w:rPr>
          <w:rFonts w:ascii="Aptos" w:hAnsi="Aptos"/>
          <w:lang w:val="pl-PL"/>
        </w:rPr>
      </w:pPr>
      <w:r w:rsidRPr="004963B7">
        <w:rPr>
          <w:rFonts w:ascii="Aptos" w:hAnsi="Aptos"/>
          <w:b/>
          <w:sz w:val="26"/>
          <w:lang w:val="pl-PL"/>
        </w:rPr>
        <w:t>§ 14. Ochrona danych osobowych</w:t>
      </w:r>
    </w:p>
    <w:p w14:paraId="1D64D034" w14:textId="77777777" w:rsidR="00CA6140" w:rsidRPr="004963B7" w:rsidRDefault="00000000">
      <w:pPr>
        <w:jc w:val="both"/>
        <w:rPr>
          <w:rFonts w:ascii="Aptos" w:hAnsi="Aptos"/>
          <w:lang w:val="pl-PL"/>
        </w:rPr>
      </w:pPr>
      <w:r w:rsidRPr="004963B7">
        <w:rPr>
          <w:rFonts w:ascii="Aptos" w:hAnsi="Aptos"/>
          <w:lang w:val="pl-PL"/>
        </w:rPr>
        <w:t>1. Zasady ochrony danych osobowych znajdują się w Polityce prywatności.</w:t>
      </w:r>
    </w:p>
    <w:p w14:paraId="3F941675" w14:textId="77777777" w:rsidR="00CA6140" w:rsidRPr="004963B7" w:rsidRDefault="00CA6140">
      <w:pPr>
        <w:rPr>
          <w:rFonts w:ascii="Aptos" w:hAnsi="Aptos"/>
          <w:lang w:val="pl-PL"/>
        </w:rPr>
      </w:pPr>
    </w:p>
    <w:p w14:paraId="2F2E6FDB" w14:textId="77777777" w:rsidR="00CA6140" w:rsidRPr="004963B7" w:rsidRDefault="00000000">
      <w:pPr>
        <w:rPr>
          <w:rFonts w:ascii="Aptos" w:hAnsi="Aptos"/>
          <w:lang w:val="pl-PL"/>
        </w:rPr>
      </w:pPr>
      <w:r w:rsidRPr="004963B7">
        <w:rPr>
          <w:rFonts w:ascii="Aptos" w:hAnsi="Aptos"/>
          <w:b/>
          <w:sz w:val="26"/>
          <w:lang w:val="pl-PL"/>
        </w:rPr>
        <w:t>§ 15. Rozwiązanie umowy (nie dotyczy Umów sprzedaży)</w:t>
      </w:r>
    </w:p>
    <w:p w14:paraId="2385E6DF" w14:textId="77777777" w:rsidR="00CA6140" w:rsidRPr="004963B7" w:rsidRDefault="00000000">
      <w:pPr>
        <w:jc w:val="both"/>
        <w:rPr>
          <w:rFonts w:ascii="Aptos" w:hAnsi="Aptos"/>
          <w:lang w:val="pl-PL"/>
        </w:rPr>
      </w:pPr>
      <w:r w:rsidRPr="004963B7">
        <w:rPr>
          <w:rFonts w:ascii="Aptos" w:hAnsi="Aptos"/>
          <w:lang w:val="pl-PL"/>
        </w:rPr>
        <w:t>1. Klient i Sprzedawca mogą rozwiązać umowę o świadczenie usług drogą elektroniczną w każdym czasie i bez podania przyczyn, z zastrzeżeniem praw nabytych oraz postanowień poniżej.</w:t>
      </w:r>
    </w:p>
    <w:p w14:paraId="62F6C955" w14:textId="77777777" w:rsidR="00CA6140" w:rsidRPr="004963B7" w:rsidRDefault="00000000">
      <w:pPr>
        <w:jc w:val="both"/>
        <w:rPr>
          <w:rFonts w:ascii="Aptos" w:hAnsi="Aptos"/>
          <w:lang w:val="pl-PL"/>
        </w:rPr>
      </w:pPr>
      <w:r w:rsidRPr="004963B7">
        <w:rPr>
          <w:rFonts w:ascii="Aptos" w:hAnsi="Aptos"/>
          <w:lang w:val="pl-PL"/>
        </w:rPr>
        <w:lastRenderedPageBreak/>
        <w:t>2. Klient rozwiązuje umowę poprzez wysłanie do Sprzedawcy oświadczenia woli dowolnym środkiem komunikacji na odległość.</w:t>
      </w:r>
    </w:p>
    <w:p w14:paraId="3096B74B" w14:textId="77777777" w:rsidR="00CA6140" w:rsidRPr="004963B7" w:rsidRDefault="00000000">
      <w:pPr>
        <w:jc w:val="both"/>
        <w:rPr>
          <w:rFonts w:ascii="Aptos" w:hAnsi="Aptos"/>
          <w:lang w:val="pl-PL"/>
        </w:rPr>
      </w:pPr>
      <w:r w:rsidRPr="004963B7">
        <w:rPr>
          <w:rFonts w:ascii="Aptos" w:hAnsi="Aptos"/>
          <w:lang w:val="pl-PL"/>
        </w:rPr>
        <w:t>3. Sprzedawca wypowiada umowę poprzez wysłanie oświadczenia na adres e-mail podany przez Klienta przy Rejestracji.</w:t>
      </w:r>
    </w:p>
    <w:p w14:paraId="210283ED" w14:textId="77777777" w:rsidR="00CA6140" w:rsidRPr="004963B7" w:rsidRDefault="00CA6140">
      <w:pPr>
        <w:rPr>
          <w:rFonts w:ascii="Aptos" w:hAnsi="Aptos"/>
          <w:lang w:val="pl-PL"/>
        </w:rPr>
      </w:pPr>
    </w:p>
    <w:p w14:paraId="26E68FC7" w14:textId="77777777" w:rsidR="006561B9" w:rsidRPr="006561B9" w:rsidRDefault="006561B9" w:rsidP="006561B9">
      <w:pPr>
        <w:rPr>
          <w:rFonts w:ascii="Aptos" w:hAnsi="Aptos"/>
          <w:lang w:val="pl-PL"/>
        </w:rPr>
      </w:pPr>
      <w:r w:rsidRPr="006561B9">
        <w:rPr>
          <w:rFonts w:ascii="Aptos" w:hAnsi="Aptos"/>
          <w:b/>
          <w:sz w:val="26"/>
          <w:lang w:val="pl-PL"/>
        </w:rPr>
        <w:t>§ 16. Ograniczenia techniczne w korzystaniu ze Sklepu Internetowego</w:t>
      </w:r>
    </w:p>
    <w:p w14:paraId="76268CD9" w14:textId="77777777" w:rsidR="006561B9" w:rsidRPr="006561B9" w:rsidRDefault="006561B9" w:rsidP="006561B9">
      <w:pPr>
        <w:jc w:val="both"/>
        <w:rPr>
          <w:rFonts w:ascii="Aptos" w:hAnsi="Aptos"/>
          <w:lang w:val="pl-PL"/>
        </w:rPr>
      </w:pPr>
      <w:r w:rsidRPr="006561B9">
        <w:rPr>
          <w:rFonts w:ascii="Aptos" w:hAnsi="Aptos"/>
          <w:lang w:val="pl-PL"/>
        </w:rPr>
        <w:t>1. Sprzedawca podejmuje działania mające na celu zapewnienie prawidłowego działania Sklepu Internetowego, jednak nie gwarantuje jego nieprzerwanej dostępności, jeżeli ograniczenia lub przerwy w działaniu wynikają z przyczyn niezależnych od Sprzedawcy.</w:t>
      </w:r>
    </w:p>
    <w:p w14:paraId="3FF64C94" w14:textId="77777777" w:rsidR="006561B9" w:rsidRPr="006561B9" w:rsidRDefault="006561B9" w:rsidP="006561B9">
      <w:pPr>
        <w:jc w:val="both"/>
        <w:rPr>
          <w:rFonts w:ascii="Aptos" w:hAnsi="Aptos"/>
          <w:lang w:val="pl-PL"/>
        </w:rPr>
      </w:pPr>
      <w:r w:rsidRPr="006561B9">
        <w:rPr>
          <w:rFonts w:ascii="Aptos" w:hAnsi="Aptos"/>
          <w:lang w:val="pl-PL"/>
        </w:rPr>
        <w:t>2. Czasowe utrudnienia w korzystaniu ze Sklepu Internetowego mogą wystąpić w szczególności w przypadku prac technicznych, awarii infrastruktury teleinformatycznej, przerw w dostępie do usług świadczonych przez zewnętrznych dostawców, zakłóceń sieci Internet, działań osób trzecich lub zdarzeń o charakterze siły wyższej.</w:t>
      </w:r>
    </w:p>
    <w:p w14:paraId="66E4AB3F" w14:textId="77777777" w:rsidR="006561B9" w:rsidRPr="006561B9" w:rsidRDefault="006561B9" w:rsidP="006561B9">
      <w:pPr>
        <w:jc w:val="both"/>
        <w:rPr>
          <w:rFonts w:ascii="Aptos" w:hAnsi="Aptos"/>
          <w:lang w:val="pl-PL"/>
        </w:rPr>
      </w:pPr>
      <w:r w:rsidRPr="006561B9">
        <w:rPr>
          <w:rFonts w:ascii="Aptos" w:hAnsi="Aptos"/>
          <w:lang w:val="pl-PL"/>
        </w:rPr>
        <w:t>3. Sprzedawca nie ponosi odpowiedzialności za skutki korzystania ze Sklepu Internetowego w sposób sprzeczny z Regulaminem, przepisami prawa lub przeznaczeniem Sklepu Internetowego, ani za utrudnienia wynikające z niespełnienia przez Klienta wymagań technicznych określonych w Regulaminie.</w:t>
      </w:r>
    </w:p>
    <w:p w14:paraId="6D8A75C9" w14:textId="77777777" w:rsidR="006561B9" w:rsidRPr="006561B9" w:rsidRDefault="006561B9" w:rsidP="006561B9">
      <w:pPr>
        <w:jc w:val="both"/>
        <w:rPr>
          <w:rFonts w:ascii="Aptos" w:hAnsi="Aptos"/>
          <w:lang w:val="pl-PL"/>
        </w:rPr>
      </w:pPr>
      <w:r w:rsidRPr="006561B9">
        <w:rPr>
          <w:rFonts w:ascii="Aptos" w:hAnsi="Aptos"/>
          <w:lang w:val="pl-PL"/>
        </w:rPr>
        <w:t>4. Postanowienia niniejszego paragrafu nie wyłączają ani nie ograniczają odpowiedzialności Sprzedawcy w zakresie, w jakim zgodnie z bezwzględnie obowiązującymi przepisami prawa odpowiedzialność ta nie może zostać wyłączona lub ograniczona, w szczególności wobec Konsumentów oraz Przedsiębiorców na prawach Konsumenta.</w:t>
      </w:r>
    </w:p>
    <w:p w14:paraId="1748C392" w14:textId="77777777" w:rsidR="00CA6140" w:rsidRPr="004963B7" w:rsidRDefault="00CA6140">
      <w:pPr>
        <w:rPr>
          <w:rFonts w:ascii="Aptos" w:hAnsi="Aptos"/>
          <w:lang w:val="pl-PL"/>
        </w:rPr>
      </w:pPr>
    </w:p>
    <w:p w14:paraId="5D836D29" w14:textId="77777777" w:rsidR="00CA6140" w:rsidRPr="004963B7" w:rsidRDefault="00000000">
      <w:pPr>
        <w:rPr>
          <w:rFonts w:ascii="Aptos" w:hAnsi="Aptos"/>
          <w:lang w:val="pl-PL"/>
        </w:rPr>
      </w:pPr>
      <w:r w:rsidRPr="004963B7">
        <w:rPr>
          <w:rFonts w:ascii="Aptos" w:hAnsi="Aptos"/>
          <w:b/>
          <w:sz w:val="26"/>
          <w:lang w:val="pl-PL"/>
        </w:rPr>
        <w:t>§ 17. Postanowienia końcowe</w:t>
      </w:r>
    </w:p>
    <w:p w14:paraId="15FFB5C8" w14:textId="77777777" w:rsidR="00CA6140" w:rsidRPr="004963B7" w:rsidRDefault="00000000">
      <w:pPr>
        <w:jc w:val="both"/>
        <w:rPr>
          <w:rFonts w:ascii="Aptos" w:hAnsi="Aptos"/>
          <w:lang w:val="pl-PL"/>
        </w:rPr>
      </w:pPr>
      <w:r w:rsidRPr="004963B7">
        <w:rPr>
          <w:rFonts w:ascii="Aptos" w:hAnsi="Aptos"/>
          <w:lang w:val="pl-PL"/>
        </w:rPr>
        <w:t>1. Sprzedawca ponosi odpowiedzialność z tytułu niewykonania lub nienależytego wykonania umowy, lecz w przypadku umów zawieranych z Klientami będącymi Przedsiębiorcami Sprzedawca ponosi odpowiedzialność wyłącznie w przypadku umyślnego wyrządzenia szkody i w granicach rzeczywiście poniesionych strat.</w:t>
      </w:r>
    </w:p>
    <w:p w14:paraId="0DED851D" w14:textId="77777777" w:rsidR="00CA6140" w:rsidRPr="004963B7" w:rsidRDefault="00000000">
      <w:pPr>
        <w:jc w:val="both"/>
        <w:rPr>
          <w:rFonts w:ascii="Aptos" w:hAnsi="Aptos"/>
          <w:lang w:val="pl-PL"/>
        </w:rPr>
      </w:pPr>
      <w:r w:rsidRPr="004963B7">
        <w:rPr>
          <w:rFonts w:ascii="Aptos" w:hAnsi="Aptos"/>
          <w:lang w:val="pl-PL"/>
        </w:rPr>
        <w:t>2. Treść Regulaminu może zostać utrwalona poprzez wydruk, zapisanie na nośniku lub pobranie ze Strony Internetowej Sklepu.</w:t>
      </w:r>
    </w:p>
    <w:p w14:paraId="6C1859A3" w14:textId="77777777" w:rsidR="00CA6140" w:rsidRPr="004963B7" w:rsidRDefault="00000000">
      <w:pPr>
        <w:jc w:val="both"/>
        <w:rPr>
          <w:rFonts w:ascii="Aptos" w:hAnsi="Aptos"/>
          <w:lang w:val="pl-PL"/>
        </w:rPr>
      </w:pPr>
      <w:r w:rsidRPr="004963B7">
        <w:rPr>
          <w:rFonts w:ascii="Aptos" w:hAnsi="Aptos"/>
          <w:lang w:val="pl-PL"/>
        </w:rPr>
        <w:lastRenderedPageBreak/>
        <w:t>3. Strony będą dążyły do polubownego rozwiązania sporów. Prawem właściwym dla rozstrzygania sporów jest prawo polskie.</w:t>
      </w:r>
    </w:p>
    <w:p w14:paraId="7D33B394" w14:textId="77777777" w:rsidR="00CA6140" w:rsidRPr="004963B7" w:rsidRDefault="00000000">
      <w:pPr>
        <w:jc w:val="both"/>
        <w:rPr>
          <w:rFonts w:ascii="Aptos" w:hAnsi="Aptos"/>
          <w:lang w:val="pl-PL"/>
        </w:rPr>
      </w:pPr>
      <w:r w:rsidRPr="004963B7">
        <w:rPr>
          <w:rFonts w:ascii="Aptos" w:hAnsi="Aptos"/>
          <w:lang w:val="pl-PL"/>
        </w:rPr>
        <w:t>4. Sprzedawca zastrzega prawo zmiany Regulaminu. Zamówienia przyjęte do realizacji przed wejściem w życie nowego Regulaminu realizowane są na podstawie Regulaminu obowiązującego w dniu złożenia zamówienia. Zmiana wchodzi w życie po 7 dniach od opublikowania na Stronie Internetowej Sklepu. Sprzedawca poinformuje Klientów 7 dni wcześniej e-mailem z odnośnikiem do nowej treści. Brak akceptacji zmian skutkuje rozwiązaniem umowy zgodnie z § 15.</w:t>
      </w:r>
    </w:p>
    <w:p w14:paraId="437D2E39" w14:textId="77777777" w:rsidR="00CA6140" w:rsidRPr="004963B7" w:rsidRDefault="00000000">
      <w:pPr>
        <w:jc w:val="both"/>
        <w:rPr>
          <w:rFonts w:ascii="Aptos" w:hAnsi="Aptos"/>
          <w:lang w:val="pl-PL"/>
        </w:rPr>
      </w:pPr>
      <w:r w:rsidRPr="004963B7">
        <w:rPr>
          <w:rFonts w:ascii="Aptos" w:hAnsi="Aptos"/>
          <w:lang w:val="pl-PL"/>
        </w:rPr>
        <w:t>5. Umowy zawierane są w języku polskim.</w:t>
      </w:r>
    </w:p>
    <w:p w14:paraId="34632B7B" w14:textId="77777777" w:rsidR="00CA6140" w:rsidRDefault="00000000">
      <w:pPr>
        <w:jc w:val="both"/>
        <w:rPr>
          <w:rFonts w:ascii="Aptos" w:hAnsi="Aptos"/>
          <w:lang w:val="pl-PL"/>
        </w:rPr>
      </w:pPr>
      <w:r w:rsidRPr="004963B7">
        <w:rPr>
          <w:rFonts w:ascii="Aptos" w:hAnsi="Aptos"/>
          <w:lang w:val="pl-PL"/>
        </w:rPr>
        <w:t>6. Regulamin wchodzi w życie z dniem 30.05.2026 r.</w:t>
      </w:r>
    </w:p>
    <w:p w14:paraId="6932D058" w14:textId="77777777" w:rsidR="00EF4CBD" w:rsidRDefault="00EF4CBD">
      <w:pPr>
        <w:jc w:val="both"/>
        <w:rPr>
          <w:rFonts w:ascii="Aptos" w:hAnsi="Aptos"/>
          <w:lang w:val="pl-PL"/>
        </w:rPr>
      </w:pPr>
    </w:p>
    <w:p w14:paraId="7C611196" w14:textId="77777777" w:rsidR="00EF4CBD" w:rsidRPr="00EF4CBD" w:rsidRDefault="00EF4CBD" w:rsidP="00EF4CBD">
      <w:pPr>
        <w:jc w:val="both"/>
        <w:rPr>
          <w:rFonts w:ascii="Aptos" w:hAnsi="Aptos"/>
          <w:b/>
          <w:bCs/>
          <w:lang w:val="pl-PL"/>
        </w:rPr>
      </w:pPr>
      <w:r w:rsidRPr="00EF4CBD">
        <w:rPr>
          <w:rFonts w:ascii="Aptos" w:hAnsi="Aptos"/>
          <w:b/>
          <w:bCs/>
          <w:lang w:val="pl-PL"/>
        </w:rPr>
        <w:t>Załącznik nr 1 do Regulaminu</w:t>
      </w:r>
    </w:p>
    <w:p w14:paraId="32ECAB71" w14:textId="77777777" w:rsidR="00EF4CBD" w:rsidRPr="00EF4CBD" w:rsidRDefault="00EF4CBD" w:rsidP="00EF4CBD">
      <w:pPr>
        <w:jc w:val="both"/>
        <w:rPr>
          <w:rFonts w:ascii="Aptos" w:hAnsi="Aptos"/>
          <w:lang w:val="pl-PL"/>
        </w:rPr>
      </w:pPr>
      <w:r w:rsidRPr="00EF4CBD">
        <w:rPr>
          <w:rFonts w:ascii="Aptos" w:hAnsi="Aptos"/>
          <w:lang w:val="pl-PL"/>
        </w:rPr>
        <w:t>Wzór formularza odstąpienia od umowy</w:t>
      </w:r>
    </w:p>
    <w:p w14:paraId="3C79E2F2" w14:textId="77777777" w:rsidR="00EF4CBD" w:rsidRPr="00EF4CBD" w:rsidRDefault="00EF4CBD" w:rsidP="00EF4CBD">
      <w:pPr>
        <w:jc w:val="both"/>
        <w:rPr>
          <w:rFonts w:ascii="Aptos" w:hAnsi="Aptos"/>
          <w:lang w:val="pl-PL"/>
        </w:rPr>
      </w:pPr>
      <w:r w:rsidRPr="00EF4CBD">
        <w:rPr>
          <w:rFonts w:ascii="Aptos" w:hAnsi="Aptos"/>
          <w:lang w:val="pl-PL"/>
        </w:rPr>
        <w:t>Poniżej znajduje się wzór formularza odstąpienia od umowy, z którego Konsument lub Przedsiębiorca na prawach Konsumenta może, ale nie musi skorzystać.</w:t>
      </w:r>
    </w:p>
    <w:p w14:paraId="2B043009" w14:textId="77777777" w:rsidR="00EF4CBD" w:rsidRPr="00EF4CBD" w:rsidRDefault="00EF4CBD" w:rsidP="00EF4CBD">
      <w:pPr>
        <w:jc w:val="both"/>
        <w:rPr>
          <w:rFonts w:ascii="Aptos" w:hAnsi="Aptos"/>
          <w:lang w:val="pl-PL"/>
        </w:rPr>
      </w:pPr>
      <w:r w:rsidRPr="00EF4CBD">
        <w:rPr>
          <w:rFonts w:ascii="Aptos" w:hAnsi="Aptos"/>
          <w:lang w:val="pl-PL"/>
        </w:rPr>
        <w:t>WZÓR FORMULARZA ODSTĄPIENIA OD UMOWY</w:t>
      </w:r>
    </w:p>
    <w:p w14:paraId="5AB3A61B" w14:textId="77777777" w:rsidR="00EF4CBD" w:rsidRPr="00EF4CBD" w:rsidRDefault="00EF4CBD" w:rsidP="00EF4CBD">
      <w:pPr>
        <w:jc w:val="both"/>
        <w:rPr>
          <w:rFonts w:ascii="Aptos" w:hAnsi="Aptos"/>
          <w:lang w:val="pl-PL"/>
        </w:rPr>
      </w:pPr>
      <w:r w:rsidRPr="00EF4CBD">
        <w:rPr>
          <w:rFonts w:ascii="Aptos" w:hAnsi="Aptos"/>
          <w:lang w:val="pl-PL"/>
        </w:rPr>
        <w:t>(formularz należy wypełnić i odesłać tylko w przypadku chęci odstąpienia od umowy)</w:t>
      </w:r>
    </w:p>
    <w:p w14:paraId="38F835AC" w14:textId="77777777" w:rsidR="00EF4CBD" w:rsidRPr="00EF4CBD" w:rsidRDefault="00EF4CBD" w:rsidP="00EF4CBD">
      <w:pPr>
        <w:jc w:val="both"/>
        <w:rPr>
          <w:rFonts w:ascii="Aptos" w:hAnsi="Aptos"/>
          <w:lang w:val="pl-PL"/>
        </w:rPr>
      </w:pPr>
      <w:r w:rsidRPr="00EF4CBD">
        <w:rPr>
          <w:rFonts w:ascii="Aptos" w:hAnsi="Aptos"/>
          <w:lang w:val="pl-PL"/>
        </w:rPr>
        <w:t>Gospodarstwo Rolne Mateusz Wdowiak, nr producenta ARiMR 076493010</w:t>
      </w:r>
    </w:p>
    <w:p w14:paraId="252FD57D" w14:textId="77777777" w:rsidR="00EF4CBD" w:rsidRPr="00EF4CBD" w:rsidRDefault="00EF4CBD" w:rsidP="00EF4CBD">
      <w:pPr>
        <w:jc w:val="both"/>
        <w:rPr>
          <w:rFonts w:ascii="Aptos" w:hAnsi="Aptos"/>
          <w:lang w:val="pl-PL"/>
        </w:rPr>
      </w:pPr>
      <w:r w:rsidRPr="00EF4CBD">
        <w:rPr>
          <w:rFonts w:ascii="Aptos" w:hAnsi="Aptos"/>
          <w:lang w:val="pl-PL"/>
        </w:rPr>
        <w:t>ul. Piaskowa 5c/7, 72-010 Police</w:t>
      </w:r>
    </w:p>
    <w:p w14:paraId="371DD342" w14:textId="23CB03E7" w:rsidR="00EF4CBD" w:rsidRPr="00EF4CBD" w:rsidRDefault="00EF4CBD" w:rsidP="00EF4CBD">
      <w:pPr>
        <w:jc w:val="both"/>
        <w:rPr>
          <w:rFonts w:ascii="Aptos" w:hAnsi="Aptos"/>
          <w:lang w:val="pl-PL"/>
        </w:rPr>
      </w:pPr>
      <w:r w:rsidRPr="00EF4CBD">
        <w:rPr>
          <w:rFonts w:ascii="Aptos" w:hAnsi="Aptos"/>
          <w:lang w:val="pl-PL"/>
        </w:rPr>
        <w:t>adres e-mail: borowka@borowkaszczecin.pl</w:t>
      </w:r>
    </w:p>
    <w:p w14:paraId="0E3E6352" w14:textId="77777777" w:rsidR="00EF4CBD" w:rsidRPr="00EF4CBD" w:rsidRDefault="00EF4CBD" w:rsidP="00EF4CBD">
      <w:pPr>
        <w:jc w:val="both"/>
        <w:rPr>
          <w:rFonts w:ascii="Aptos" w:hAnsi="Aptos"/>
          <w:lang w:val="pl-PL"/>
        </w:rPr>
      </w:pPr>
      <w:r w:rsidRPr="00EF4CBD">
        <w:rPr>
          <w:rFonts w:ascii="Aptos" w:hAnsi="Aptos"/>
          <w:lang w:val="pl-PL"/>
        </w:rPr>
        <w:t>– Ja/</w:t>
      </w:r>
      <w:proofErr w:type="gramStart"/>
      <w:r w:rsidRPr="00EF4CBD">
        <w:rPr>
          <w:rFonts w:ascii="Aptos" w:hAnsi="Aptos"/>
          <w:lang w:val="pl-PL"/>
        </w:rPr>
        <w:t>My(</w:t>
      </w:r>
      <w:proofErr w:type="gramEnd"/>
      <w:r w:rsidRPr="00EF4CBD">
        <w:rPr>
          <w:rFonts w:ascii="Aptos" w:hAnsi="Aptos"/>
          <w:lang w:val="pl-PL"/>
        </w:rPr>
        <w:t>) ………………………………………………………………………………… niniejszym informuję/</w:t>
      </w:r>
      <w:proofErr w:type="gramStart"/>
      <w:r w:rsidRPr="00EF4CBD">
        <w:rPr>
          <w:rFonts w:ascii="Aptos" w:hAnsi="Aptos"/>
          <w:lang w:val="pl-PL"/>
        </w:rPr>
        <w:t>informujemy(</w:t>
      </w:r>
      <w:proofErr w:type="gramEnd"/>
      <w:r w:rsidRPr="00EF4CBD">
        <w:rPr>
          <w:rFonts w:ascii="Aptos" w:hAnsi="Aptos"/>
          <w:lang w:val="pl-PL"/>
        </w:rPr>
        <w:t xml:space="preserve">) o moim/naszym odstąpieniu od umowy sprzedaży następujących </w:t>
      </w:r>
      <w:proofErr w:type="gramStart"/>
      <w:r w:rsidRPr="00EF4CBD">
        <w:rPr>
          <w:rFonts w:ascii="Aptos" w:hAnsi="Aptos"/>
          <w:lang w:val="pl-PL"/>
        </w:rPr>
        <w:t>rzeczy(</w:t>
      </w:r>
      <w:proofErr w:type="gramEnd"/>
      <w:r w:rsidRPr="00EF4CBD">
        <w:rPr>
          <w:rFonts w:ascii="Aptos" w:hAnsi="Aptos"/>
          <w:lang w:val="pl-PL"/>
        </w:rPr>
        <w:t xml:space="preserve">) / umowy o świadczenie następującej </w:t>
      </w:r>
      <w:proofErr w:type="gramStart"/>
      <w:r w:rsidRPr="00EF4CBD">
        <w:rPr>
          <w:rFonts w:ascii="Aptos" w:hAnsi="Aptos"/>
          <w:lang w:val="pl-PL"/>
        </w:rPr>
        <w:t>usługi(</w:t>
      </w:r>
      <w:proofErr w:type="gramEnd"/>
      <w:r w:rsidRPr="00EF4CBD">
        <w:rPr>
          <w:rFonts w:ascii="Aptos" w:hAnsi="Aptos"/>
          <w:lang w:val="pl-PL"/>
        </w:rPr>
        <w:t>):</w:t>
      </w:r>
    </w:p>
    <w:p w14:paraId="0A74FA30" w14:textId="77777777" w:rsidR="00EF4CBD" w:rsidRPr="00EF4CBD" w:rsidRDefault="00EF4CBD" w:rsidP="00EF4CBD">
      <w:pPr>
        <w:jc w:val="both"/>
        <w:rPr>
          <w:rFonts w:ascii="Aptos" w:hAnsi="Aptos"/>
          <w:lang w:val="pl-PL"/>
        </w:rPr>
      </w:pPr>
      <w:r w:rsidRPr="00EF4CBD">
        <w:rPr>
          <w:rFonts w:ascii="Aptos" w:hAnsi="Aptos"/>
          <w:lang w:val="pl-PL"/>
        </w:rPr>
        <w:t>……………………………………………………………………………………………………………………………</w:t>
      </w:r>
    </w:p>
    <w:p w14:paraId="44AEBC29" w14:textId="77777777" w:rsidR="00EF4CBD" w:rsidRPr="00EF4CBD" w:rsidRDefault="00EF4CBD" w:rsidP="00EF4CBD">
      <w:pPr>
        <w:jc w:val="both"/>
        <w:rPr>
          <w:rFonts w:ascii="Aptos" w:hAnsi="Aptos"/>
          <w:lang w:val="pl-PL"/>
        </w:rPr>
      </w:pPr>
      <w:r w:rsidRPr="00EF4CBD">
        <w:rPr>
          <w:rFonts w:ascii="Aptos" w:hAnsi="Aptos"/>
          <w:lang w:val="pl-PL"/>
        </w:rPr>
        <w:t>……………………………………………………………………………………………………………………………</w:t>
      </w:r>
    </w:p>
    <w:p w14:paraId="7E7537A0" w14:textId="77777777" w:rsidR="00EF4CBD" w:rsidRPr="00EF4CBD" w:rsidRDefault="00EF4CBD" w:rsidP="00EF4CBD">
      <w:pPr>
        <w:jc w:val="both"/>
        <w:rPr>
          <w:rFonts w:ascii="Aptos" w:hAnsi="Aptos"/>
          <w:lang w:val="pl-PL"/>
        </w:rPr>
      </w:pPr>
      <w:r w:rsidRPr="00EF4CBD">
        <w:rPr>
          <w:rFonts w:ascii="Aptos" w:hAnsi="Aptos"/>
          <w:lang w:val="pl-PL"/>
        </w:rPr>
        <w:t xml:space="preserve">– Data zawarcia </w:t>
      </w:r>
      <w:proofErr w:type="gramStart"/>
      <w:r w:rsidRPr="00EF4CBD">
        <w:rPr>
          <w:rFonts w:ascii="Aptos" w:hAnsi="Aptos"/>
          <w:lang w:val="pl-PL"/>
        </w:rPr>
        <w:t>umowy(</w:t>
      </w:r>
      <w:proofErr w:type="gramEnd"/>
      <w:r w:rsidRPr="00EF4CBD">
        <w:rPr>
          <w:rFonts w:ascii="Aptos" w:hAnsi="Aptos"/>
          <w:lang w:val="pl-PL"/>
        </w:rPr>
        <w:t xml:space="preserve">) / data otrzymania </w:t>
      </w:r>
      <w:proofErr w:type="gramStart"/>
      <w:r w:rsidRPr="00EF4CBD">
        <w:rPr>
          <w:rFonts w:ascii="Aptos" w:hAnsi="Aptos"/>
          <w:lang w:val="pl-PL"/>
        </w:rPr>
        <w:t>Towaru(</w:t>
      </w:r>
      <w:proofErr w:type="gramEnd"/>
      <w:r w:rsidRPr="00EF4CBD">
        <w:rPr>
          <w:rFonts w:ascii="Aptos" w:hAnsi="Aptos"/>
          <w:lang w:val="pl-PL"/>
        </w:rPr>
        <w:t>):</w:t>
      </w:r>
    </w:p>
    <w:p w14:paraId="71E3E0F2" w14:textId="77777777" w:rsidR="00EF4CBD" w:rsidRPr="00EF4CBD" w:rsidRDefault="00EF4CBD" w:rsidP="00EF4CBD">
      <w:pPr>
        <w:jc w:val="both"/>
        <w:rPr>
          <w:rFonts w:ascii="Aptos" w:hAnsi="Aptos"/>
          <w:lang w:val="pl-PL"/>
        </w:rPr>
      </w:pPr>
      <w:r w:rsidRPr="00EF4CBD">
        <w:rPr>
          <w:rFonts w:ascii="Aptos" w:hAnsi="Aptos"/>
          <w:lang w:val="pl-PL"/>
        </w:rPr>
        <w:t>……………………………………………………………………………………………………………………………</w:t>
      </w:r>
    </w:p>
    <w:p w14:paraId="4E398C70" w14:textId="77777777" w:rsidR="00EF4CBD" w:rsidRPr="00EF4CBD" w:rsidRDefault="00EF4CBD" w:rsidP="00EF4CBD">
      <w:pPr>
        <w:jc w:val="both"/>
        <w:rPr>
          <w:rFonts w:ascii="Aptos" w:hAnsi="Aptos"/>
          <w:lang w:val="pl-PL"/>
        </w:rPr>
      </w:pPr>
      <w:r w:rsidRPr="00EF4CBD">
        <w:rPr>
          <w:rFonts w:ascii="Aptos" w:hAnsi="Aptos"/>
          <w:lang w:val="pl-PL"/>
        </w:rPr>
        <w:t>– Imię i nazwisko Konsumenta / Przedsiębiorcy na prawach Konsumenta:</w:t>
      </w:r>
    </w:p>
    <w:p w14:paraId="10CD8D84" w14:textId="77777777" w:rsidR="00EF4CBD" w:rsidRPr="00EF4CBD" w:rsidRDefault="00EF4CBD" w:rsidP="00EF4CBD">
      <w:pPr>
        <w:jc w:val="both"/>
        <w:rPr>
          <w:rFonts w:ascii="Aptos" w:hAnsi="Aptos"/>
          <w:lang w:val="pl-PL"/>
        </w:rPr>
      </w:pPr>
      <w:r w:rsidRPr="00EF4CBD">
        <w:rPr>
          <w:rFonts w:ascii="Aptos" w:hAnsi="Aptos"/>
          <w:lang w:val="pl-PL"/>
        </w:rPr>
        <w:lastRenderedPageBreak/>
        <w:t>……………………………………………………………………………………………………………………………</w:t>
      </w:r>
    </w:p>
    <w:p w14:paraId="38BAB8DA" w14:textId="77777777" w:rsidR="00EF4CBD" w:rsidRPr="00EF4CBD" w:rsidRDefault="00EF4CBD" w:rsidP="00EF4CBD">
      <w:pPr>
        <w:jc w:val="both"/>
        <w:rPr>
          <w:rFonts w:ascii="Aptos" w:hAnsi="Aptos"/>
          <w:lang w:val="pl-PL"/>
        </w:rPr>
      </w:pPr>
      <w:r w:rsidRPr="00EF4CBD">
        <w:rPr>
          <w:rFonts w:ascii="Aptos" w:hAnsi="Aptos"/>
          <w:lang w:val="pl-PL"/>
        </w:rPr>
        <w:t>– Adres Konsumenta / Przedsiębiorcy na prawach Konsumenta:</w:t>
      </w:r>
    </w:p>
    <w:p w14:paraId="6E524A00" w14:textId="77777777" w:rsidR="00EF4CBD" w:rsidRPr="00EF4CBD" w:rsidRDefault="00EF4CBD" w:rsidP="00EF4CBD">
      <w:pPr>
        <w:jc w:val="both"/>
        <w:rPr>
          <w:rFonts w:ascii="Aptos" w:hAnsi="Aptos"/>
          <w:lang w:val="pl-PL"/>
        </w:rPr>
      </w:pPr>
      <w:r w:rsidRPr="00EF4CBD">
        <w:rPr>
          <w:rFonts w:ascii="Aptos" w:hAnsi="Aptos"/>
          <w:lang w:val="pl-PL"/>
        </w:rPr>
        <w:t>……………………………………………………………………………………………………………………………</w:t>
      </w:r>
    </w:p>
    <w:p w14:paraId="65EDD4CA" w14:textId="77777777" w:rsidR="00EF4CBD" w:rsidRPr="00EF4CBD" w:rsidRDefault="00EF4CBD" w:rsidP="00EF4CBD">
      <w:pPr>
        <w:jc w:val="both"/>
        <w:rPr>
          <w:rFonts w:ascii="Aptos" w:hAnsi="Aptos"/>
          <w:lang w:val="pl-PL"/>
        </w:rPr>
      </w:pPr>
      <w:r w:rsidRPr="00EF4CBD">
        <w:rPr>
          <w:rFonts w:ascii="Aptos" w:hAnsi="Aptos"/>
          <w:lang w:val="pl-PL"/>
        </w:rPr>
        <w:t>……………………………………………………………………………………………………………………………</w:t>
      </w:r>
    </w:p>
    <w:p w14:paraId="70092DB6" w14:textId="77777777" w:rsidR="00EF4CBD" w:rsidRPr="00EF4CBD" w:rsidRDefault="00EF4CBD" w:rsidP="00EF4CBD">
      <w:pPr>
        <w:jc w:val="both"/>
        <w:rPr>
          <w:rFonts w:ascii="Aptos" w:hAnsi="Aptos"/>
          <w:lang w:val="pl-PL"/>
        </w:rPr>
      </w:pPr>
      <w:r w:rsidRPr="00EF4CBD">
        <w:rPr>
          <w:rFonts w:ascii="Aptos" w:hAnsi="Aptos"/>
          <w:lang w:val="pl-PL"/>
        </w:rPr>
        <w:t>Podpis Konsumenta / Przedsiębiorcy na prawach Konsumenta</w:t>
      </w:r>
    </w:p>
    <w:p w14:paraId="2B2B8146" w14:textId="77777777" w:rsidR="00EF4CBD" w:rsidRPr="00EF4CBD" w:rsidRDefault="00EF4CBD" w:rsidP="00EF4CBD">
      <w:pPr>
        <w:jc w:val="both"/>
        <w:rPr>
          <w:rFonts w:ascii="Aptos" w:hAnsi="Aptos"/>
          <w:lang w:val="pl-PL"/>
        </w:rPr>
      </w:pPr>
      <w:r w:rsidRPr="00EF4CBD">
        <w:rPr>
          <w:rFonts w:ascii="Aptos" w:hAnsi="Aptos"/>
          <w:lang w:val="pl-PL"/>
        </w:rPr>
        <w:t>(tylko jeżeli formularz jest przesyłany w wersji papierowej)</w:t>
      </w:r>
    </w:p>
    <w:p w14:paraId="3F0B3252" w14:textId="77777777" w:rsidR="00EF4CBD" w:rsidRPr="00EF4CBD" w:rsidRDefault="00EF4CBD" w:rsidP="00EF4CBD">
      <w:pPr>
        <w:jc w:val="both"/>
        <w:rPr>
          <w:rFonts w:ascii="Aptos" w:hAnsi="Aptos"/>
          <w:lang w:val="pl-PL"/>
        </w:rPr>
      </w:pPr>
      <w:r w:rsidRPr="00EF4CBD">
        <w:rPr>
          <w:rFonts w:ascii="Aptos" w:hAnsi="Aptos"/>
          <w:lang w:val="pl-PL"/>
        </w:rPr>
        <w:t>Data: …………………………………………</w:t>
      </w:r>
    </w:p>
    <w:p w14:paraId="7B3DA4FD" w14:textId="2B96501A" w:rsidR="00EF4CBD" w:rsidRPr="004963B7" w:rsidRDefault="00EF4CBD" w:rsidP="00EF4CBD">
      <w:pPr>
        <w:jc w:val="both"/>
        <w:rPr>
          <w:rFonts w:ascii="Aptos" w:hAnsi="Aptos"/>
          <w:lang w:val="pl-PL"/>
        </w:rPr>
      </w:pPr>
      <w:r w:rsidRPr="00EF4CBD">
        <w:rPr>
          <w:rFonts w:ascii="Aptos" w:hAnsi="Aptos"/>
          <w:lang w:val="pl-PL"/>
        </w:rPr>
        <w:t>(*) Niepotrzebne skreślić.</w:t>
      </w:r>
    </w:p>
    <w:p w14:paraId="5B87E14D" w14:textId="77777777" w:rsidR="00CA6140" w:rsidRDefault="00CA6140"/>
    <w:sectPr w:rsidR="00CA6140"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32692D6B"/>
    <w:multiLevelType w:val="multilevel"/>
    <w:tmpl w:val="1B7CB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9702745">
    <w:abstractNumId w:val="8"/>
  </w:num>
  <w:num w:numId="2" w16cid:durableId="576674690">
    <w:abstractNumId w:val="6"/>
  </w:num>
  <w:num w:numId="3" w16cid:durableId="346563978">
    <w:abstractNumId w:val="5"/>
  </w:num>
  <w:num w:numId="4" w16cid:durableId="1990866582">
    <w:abstractNumId w:val="4"/>
  </w:num>
  <w:num w:numId="5" w16cid:durableId="1967855530">
    <w:abstractNumId w:val="7"/>
  </w:num>
  <w:num w:numId="6" w16cid:durableId="1235091893">
    <w:abstractNumId w:val="3"/>
  </w:num>
  <w:num w:numId="7" w16cid:durableId="49230105">
    <w:abstractNumId w:val="2"/>
  </w:num>
  <w:num w:numId="8" w16cid:durableId="1499424721">
    <w:abstractNumId w:val="1"/>
  </w:num>
  <w:num w:numId="9" w16cid:durableId="621300737">
    <w:abstractNumId w:val="0"/>
  </w:num>
  <w:num w:numId="10" w16cid:durableId="13332177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6F42"/>
    <w:rsid w:val="0015074B"/>
    <w:rsid w:val="002832AB"/>
    <w:rsid w:val="0029639D"/>
    <w:rsid w:val="00326F90"/>
    <w:rsid w:val="00442B01"/>
    <w:rsid w:val="004963B7"/>
    <w:rsid w:val="006561B9"/>
    <w:rsid w:val="008E4B58"/>
    <w:rsid w:val="008F5F5F"/>
    <w:rsid w:val="009F7438"/>
    <w:rsid w:val="00AA1D8D"/>
    <w:rsid w:val="00B47730"/>
    <w:rsid w:val="00CA6140"/>
    <w:rsid w:val="00CB0664"/>
    <w:rsid w:val="00E75C7A"/>
    <w:rsid w:val="00EF4C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96979"/>
  <w14:defaultImageDpi w14:val="300"/>
  <w15:docId w15:val="{F018678F-F512-2A42-903A-795A263D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Times New Roman" w:eastAsia="Times New Roman" w:hAnsi="Times New Roman"/>
      <w:sz w:val="24"/>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ny"/>
    <w:rsid w:val="006561B9"/>
    <w:pPr>
      <w:spacing w:before="100" w:beforeAutospacing="1" w:after="100" w:afterAutospacing="1" w:line="240" w:lineRule="auto"/>
    </w:pPr>
    <w:rPr>
      <w:rFonts w:cs="Times New Roman"/>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4169</Words>
  <Characters>25019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Łukasz Wdowiak (264026)</cp:lastModifiedBy>
  <cp:revision>2</cp:revision>
  <dcterms:created xsi:type="dcterms:W3CDTF">2026-07-07T10:36:00Z</dcterms:created>
  <dcterms:modified xsi:type="dcterms:W3CDTF">2026-07-07T10:36:00Z</dcterms:modified>
  <cp:category/>
</cp:coreProperties>
</file>